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A8CAF91" w14:textId="401F046B" w:rsidR="004A7DFA" w:rsidRDefault="004A7DFA" w:rsidP="004A7DFA">
      <w:pPr>
        <w:spacing w:after="0" w:line="240" w:lineRule="auto"/>
        <w:rPr>
          <w:rFonts w:cs="Times New Roman"/>
          <w:bCs/>
          <w:sz w:val="24"/>
          <w:szCs w:val="24"/>
        </w:rPr>
      </w:pPr>
    </w:p>
    <w:p w14:paraId="55CB5952" w14:textId="3F178096" w:rsidR="00252787" w:rsidRDefault="00CE1AC8" w:rsidP="00B75150">
      <w:pPr>
        <w:spacing w:after="0" w:line="240" w:lineRule="auto"/>
        <w:rPr>
          <w:rFonts w:asciiTheme="minorHAnsi" w:hAnsiTheme="minorHAnsi" w:cs="Times New Roman"/>
          <w:b/>
          <w:sz w:val="32"/>
          <w:szCs w:val="32"/>
        </w:rPr>
      </w:pPr>
      <w:r>
        <w:rPr>
          <w:rFonts w:asciiTheme="minorHAnsi" w:hAnsiTheme="minorHAnsi" w:cs="Times New Roman"/>
          <w:b/>
          <w:sz w:val="32"/>
          <w:szCs w:val="32"/>
        </w:rPr>
        <w:t>GESUCH FÜR EINEN STIPENDIENAUFENTHALT</w:t>
      </w:r>
    </w:p>
    <w:p w14:paraId="65BBF436" w14:textId="77777777" w:rsidR="00252787" w:rsidRDefault="00252787" w:rsidP="004A7DFA">
      <w:pPr>
        <w:spacing w:after="0" w:line="240" w:lineRule="auto"/>
        <w:rPr>
          <w:rFonts w:asciiTheme="minorHAnsi" w:hAnsiTheme="minorHAnsi" w:cs="Times New Roman"/>
          <w:b/>
          <w:sz w:val="32"/>
          <w:szCs w:val="32"/>
        </w:rPr>
      </w:pPr>
    </w:p>
    <w:p w14:paraId="48BE6C76" w14:textId="77777777" w:rsidR="00B75150" w:rsidRDefault="00B75150" w:rsidP="004A7DFA">
      <w:pPr>
        <w:spacing w:after="0" w:line="240" w:lineRule="auto"/>
        <w:rPr>
          <w:rFonts w:asciiTheme="minorHAnsi" w:hAnsiTheme="minorHAnsi" w:cs="Times New Roman"/>
          <w:b/>
          <w:sz w:val="32"/>
          <w:szCs w:val="32"/>
        </w:rPr>
      </w:pPr>
    </w:p>
    <w:p w14:paraId="34A9036F" w14:textId="61FD63B8" w:rsidR="00252787" w:rsidRPr="009D7438" w:rsidRDefault="00C000D6" w:rsidP="004A7DFA">
      <w:pPr>
        <w:spacing w:after="0" w:line="240" w:lineRule="auto"/>
        <w:rPr>
          <w:rFonts w:asciiTheme="minorHAnsi" w:hAnsiTheme="minorHAnsi" w:cs="Times New Roman"/>
          <w:bCs/>
          <w:sz w:val="24"/>
          <w:szCs w:val="24"/>
        </w:rPr>
      </w:pPr>
      <w:proofErr w:type="spellStart"/>
      <w:r>
        <w:rPr>
          <w:rFonts w:asciiTheme="minorHAnsi" w:hAnsiTheme="minorHAnsi" w:cs="Times New Roman"/>
          <w:bCs/>
          <w:sz w:val="24"/>
          <w:szCs w:val="24"/>
        </w:rPr>
        <w:t>Vorname</w:t>
      </w:r>
      <w:proofErr w:type="spellEnd"/>
      <w:r>
        <w:rPr>
          <w:rFonts w:asciiTheme="minorHAnsi" w:hAnsiTheme="minorHAnsi" w:cs="Times New Roman"/>
          <w:bCs/>
          <w:sz w:val="24"/>
          <w:szCs w:val="24"/>
        </w:rPr>
        <w:t xml:space="preserve"> und Name</w:t>
      </w:r>
      <w:r w:rsidR="00252787" w:rsidRPr="009D7438">
        <w:rPr>
          <w:rFonts w:asciiTheme="minorHAnsi" w:hAnsiTheme="minorHAnsi" w:cs="Times New Roman"/>
          <w:bCs/>
          <w:sz w:val="24"/>
          <w:szCs w:val="24"/>
        </w:rPr>
        <w:t>:</w:t>
      </w:r>
      <w:r>
        <w:rPr>
          <w:rFonts w:asciiTheme="minorHAnsi" w:hAnsiTheme="minorHAnsi" w:cs="Times New Roman"/>
          <w:bCs/>
          <w:sz w:val="24"/>
          <w:szCs w:val="24"/>
        </w:rPr>
        <w:tab/>
      </w:r>
      <w:r w:rsidR="00480207" w:rsidRPr="009D7438">
        <w:rPr>
          <w:rFonts w:asciiTheme="minorHAnsi" w:hAnsiTheme="minorHAnsi" w:cs="Times New Roman"/>
          <w:bCs/>
          <w:sz w:val="24"/>
          <w:szCs w:val="24"/>
        </w:rPr>
        <w:tab/>
      </w:r>
      <w:r w:rsidR="008932D0" w:rsidRPr="009D7438">
        <w:rPr>
          <w:rFonts w:asciiTheme="minorHAnsi" w:hAnsiTheme="minorHAnsi" w:cs="Times New Roman"/>
          <w:bCs/>
          <w:sz w:val="24"/>
          <w:szCs w:val="24"/>
        </w:rPr>
        <w:tab/>
      </w:r>
      <w:r w:rsidR="008932D0" w:rsidRPr="009D7438">
        <w:rPr>
          <w:rFonts w:asciiTheme="minorHAnsi" w:hAnsiTheme="minorHAnsi" w:cs="Times New Roman"/>
          <w:bCs/>
          <w:sz w:val="24"/>
          <w:szCs w:val="24"/>
        </w:rPr>
        <w:tab/>
      </w:r>
      <w:sdt>
        <w:sdtPr>
          <w:rPr>
            <w:rFonts w:asciiTheme="minorHAnsi" w:hAnsiTheme="minorHAnsi" w:cs="Times New Roman"/>
            <w:bCs/>
            <w:sz w:val="24"/>
            <w:szCs w:val="24"/>
          </w:rPr>
          <w:id w:val="823624586"/>
          <w:placeholder>
            <w:docPart w:val="DefaultPlaceholder_-1854013440"/>
          </w:placeholder>
          <w:showingPlcHdr/>
          <w:text/>
        </w:sdtPr>
        <w:sdtContent>
          <w:r w:rsidR="009D7438" w:rsidRPr="009D7438">
            <w:rPr>
              <w:rStyle w:val="Platzhaltertext"/>
              <w:rFonts w:asciiTheme="minorHAnsi" w:hAnsiTheme="minorHAnsi"/>
              <w:bCs/>
              <w:sz w:val="24"/>
              <w:szCs w:val="24"/>
            </w:rPr>
            <w:t>Klicken oder tippen Sie hier, um Text einzugeben.</w:t>
          </w:r>
        </w:sdtContent>
      </w:sdt>
    </w:p>
    <w:p w14:paraId="206AB584" w14:textId="77777777" w:rsidR="004265ED" w:rsidRPr="009D7438" w:rsidRDefault="004265ED" w:rsidP="004A7DFA">
      <w:pPr>
        <w:spacing w:after="0" w:line="240" w:lineRule="auto"/>
        <w:rPr>
          <w:rFonts w:asciiTheme="minorHAnsi" w:hAnsiTheme="minorHAnsi" w:cs="Times New Roman"/>
          <w:bCs/>
          <w:sz w:val="24"/>
          <w:szCs w:val="24"/>
        </w:rPr>
      </w:pPr>
    </w:p>
    <w:p w14:paraId="3343969C" w14:textId="7531C619" w:rsidR="00252787" w:rsidRPr="009D7438" w:rsidRDefault="00C000D6" w:rsidP="004A7DFA">
      <w:pPr>
        <w:spacing w:after="0" w:line="240" w:lineRule="auto"/>
        <w:rPr>
          <w:rFonts w:asciiTheme="minorHAnsi" w:hAnsiTheme="minorHAnsi" w:cs="Times New Roman"/>
          <w:bCs/>
          <w:sz w:val="24"/>
          <w:szCs w:val="24"/>
        </w:rPr>
      </w:pPr>
      <w:r>
        <w:rPr>
          <w:rFonts w:asciiTheme="minorHAnsi" w:hAnsiTheme="minorHAnsi" w:cs="Times New Roman"/>
          <w:bCs/>
          <w:sz w:val="24"/>
          <w:szCs w:val="24"/>
        </w:rPr>
        <w:t>Pseudonym(e):</w:t>
      </w:r>
      <w:r w:rsidR="00480207" w:rsidRPr="009D7438">
        <w:rPr>
          <w:rFonts w:asciiTheme="minorHAnsi" w:hAnsiTheme="minorHAnsi" w:cs="Times New Roman"/>
          <w:bCs/>
          <w:sz w:val="24"/>
          <w:szCs w:val="24"/>
        </w:rPr>
        <w:tab/>
      </w:r>
      <w:r w:rsidR="008932D0" w:rsidRPr="009D7438">
        <w:rPr>
          <w:rFonts w:asciiTheme="minorHAnsi" w:hAnsiTheme="minorHAnsi" w:cs="Times New Roman"/>
          <w:bCs/>
          <w:sz w:val="24"/>
          <w:szCs w:val="24"/>
        </w:rPr>
        <w:tab/>
      </w:r>
      <w:r w:rsidR="008932D0" w:rsidRPr="009D7438">
        <w:rPr>
          <w:rFonts w:asciiTheme="minorHAnsi" w:hAnsiTheme="minorHAnsi" w:cs="Times New Roman"/>
          <w:bCs/>
          <w:sz w:val="24"/>
          <w:szCs w:val="24"/>
        </w:rPr>
        <w:tab/>
      </w:r>
      <w:r w:rsidR="008932D0" w:rsidRPr="009D7438">
        <w:rPr>
          <w:rFonts w:asciiTheme="minorHAnsi" w:hAnsiTheme="minorHAnsi" w:cs="Times New Roman"/>
          <w:bCs/>
          <w:sz w:val="24"/>
          <w:szCs w:val="24"/>
        </w:rPr>
        <w:tab/>
      </w:r>
      <w:sdt>
        <w:sdtPr>
          <w:rPr>
            <w:rFonts w:asciiTheme="minorHAnsi" w:hAnsiTheme="minorHAnsi" w:cs="Times New Roman"/>
            <w:bCs/>
            <w:sz w:val="24"/>
            <w:szCs w:val="24"/>
          </w:rPr>
          <w:id w:val="932324327"/>
          <w:placeholder>
            <w:docPart w:val="DefaultPlaceholder_-1854013440"/>
          </w:placeholder>
          <w:showingPlcHdr/>
          <w:text/>
        </w:sdtPr>
        <w:sdtContent>
          <w:r w:rsidR="009D7438" w:rsidRPr="009D7438">
            <w:rPr>
              <w:rStyle w:val="Platzhaltertext"/>
              <w:rFonts w:asciiTheme="minorHAnsi" w:hAnsiTheme="minorHAnsi"/>
              <w:bCs/>
              <w:sz w:val="24"/>
              <w:szCs w:val="24"/>
            </w:rPr>
            <w:t>Klicken oder tippen Sie hier, um Text einzugeben.</w:t>
          </w:r>
        </w:sdtContent>
      </w:sdt>
    </w:p>
    <w:p w14:paraId="06AA4148" w14:textId="77777777" w:rsidR="00252787" w:rsidRPr="009D7438" w:rsidRDefault="00252787" w:rsidP="004A7DFA">
      <w:pPr>
        <w:spacing w:after="0" w:line="240" w:lineRule="auto"/>
        <w:rPr>
          <w:rFonts w:asciiTheme="minorHAnsi" w:hAnsiTheme="minorHAnsi" w:cs="Times New Roman"/>
          <w:bCs/>
          <w:sz w:val="24"/>
          <w:szCs w:val="24"/>
        </w:rPr>
      </w:pPr>
    </w:p>
    <w:p w14:paraId="5B58B0DC" w14:textId="212511DF" w:rsidR="004265ED" w:rsidRPr="009D7438" w:rsidRDefault="00C000D6" w:rsidP="004265ED">
      <w:pPr>
        <w:spacing w:after="0" w:line="240" w:lineRule="auto"/>
        <w:rPr>
          <w:rFonts w:asciiTheme="minorHAnsi" w:hAnsiTheme="minorHAnsi" w:cs="Times New Roman"/>
          <w:bCs/>
          <w:sz w:val="24"/>
          <w:szCs w:val="24"/>
        </w:rPr>
      </w:pPr>
      <w:proofErr w:type="spellStart"/>
      <w:r>
        <w:rPr>
          <w:rFonts w:asciiTheme="minorHAnsi" w:hAnsiTheme="minorHAnsi" w:cs="Times New Roman"/>
          <w:bCs/>
          <w:sz w:val="24"/>
          <w:szCs w:val="24"/>
        </w:rPr>
        <w:t>Vollständige</w:t>
      </w:r>
      <w:proofErr w:type="spellEnd"/>
      <w:r>
        <w:rPr>
          <w:rFonts w:asciiTheme="minorHAnsi" w:hAnsiTheme="minorHAnsi" w:cs="Times New Roman"/>
          <w:bCs/>
          <w:sz w:val="24"/>
          <w:szCs w:val="24"/>
        </w:rPr>
        <w:t xml:space="preserve"> </w:t>
      </w:r>
      <w:proofErr w:type="spellStart"/>
      <w:r>
        <w:rPr>
          <w:rFonts w:asciiTheme="minorHAnsi" w:hAnsiTheme="minorHAnsi" w:cs="Times New Roman"/>
          <w:bCs/>
          <w:sz w:val="24"/>
          <w:szCs w:val="24"/>
        </w:rPr>
        <w:t>Wohnadresse</w:t>
      </w:r>
      <w:proofErr w:type="spellEnd"/>
      <w:r w:rsidR="00252787" w:rsidRPr="009D7438">
        <w:rPr>
          <w:rFonts w:asciiTheme="minorHAnsi" w:hAnsiTheme="minorHAnsi" w:cs="Times New Roman"/>
          <w:bCs/>
          <w:sz w:val="24"/>
          <w:szCs w:val="24"/>
        </w:rPr>
        <w:t>:</w:t>
      </w:r>
      <w:r>
        <w:rPr>
          <w:rFonts w:asciiTheme="minorHAnsi" w:hAnsiTheme="minorHAnsi" w:cs="Times New Roman"/>
          <w:bCs/>
          <w:sz w:val="24"/>
          <w:szCs w:val="24"/>
        </w:rPr>
        <w:tab/>
      </w:r>
      <w:r w:rsidR="008932D0" w:rsidRPr="009D7438">
        <w:rPr>
          <w:rFonts w:asciiTheme="minorHAnsi" w:hAnsiTheme="minorHAnsi" w:cs="Times New Roman"/>
          <w:bCs/>
          <w:sz w:val="24"/>
          <w:szCs w:val="24"/>
        </w:rPr>
        <w:tab/>
      </w:r>
      <w:r w:rsidR="008932D0" w:rsidRPr="009D7438">
        <w:rPr>
          <w:rFonts w:asciiTheme="minorHAnsi" w:hAnsiTheme="minorHAnsi" w:cs="Times New Roman"/>
          <w:bCs/>
          <w:sz w:val="24"/>
          <w:szCs w:val="24"/>
        </w:rPr>
        <w:tab/>
      </w:r>
      <w:sdt>
        <w:sdtPr>
          <w:rPr>
            <w:rFonts w:asciiTheme="minorHAnsi" w:hAnsiTheme="minorHAnsi" w:cs="Times New Roman"/>
            <w:bCs/>
            <w:sz w:val="24"/>
            <w:szCs w:val="24"/>
          </w:rPr>
          <w:id w:val="1936556862"/>
          <w:placeholder>
            <w:docPart w:val="DefaultPlaceholder_-1854013440"/>
          </w:placeholder>
          <w:showingPlcHdr/>
          <w:text/>
        </w:sdtPr>
        <w:sdtContent>
          <w:r w:rsidR="00CE5281" w:rsidRPr="009D7438">
            <w:rPr>
              <w:rStyle w:val="Platzhaltertext"/>
              <w:rFonts w:asciiTheme="minorHAnsi" w:hAnsiTheme="minorHAnsi"/>
              <w:bCs/>
              <w:sz w:val="24"/>
              <w:szCs w:val="24"/>
            </w:rPr>
            <w:t>Klicken oder tippen Sie hier, um Text einzugeben.</w:t>
          </w:r>
        </w:sdtContent>
      </w:sdt>
    </w:p>
    <w:p w14:paraId="5FC4E845" w14:textId="77777777" w:rsidR="004265ED" w:rsidRPr="009D7438" w:rsidRDefault="004265ED" w:rsidP="004265ED">
      <w:pPr>
        <w:spacing w:after="0" w:line="240" w:lineRule="auto"/>
        <w:rPr>
          <w:rFonts w:asciiTheme="minorHAnsi" w:hAnsiTheme="minorHAnsi" w:cs="Times New Roman"/>
          <w:bCs/>
          <w:sz w:val="24"/>
          <w:szCs w:val="24"/>
        </w:rPr>
      </w:pPr>
    </w:p>
    <w:p w14:paraId="38D0CBA1" w14:textId="5038DDB5" w:rsidR="00CE1AC8" w:rsidRPr="009D7438" w:rsidRDefault="008932D0" w:rsidP="004A7DFA">
      <w:pPr>
        <w:spacing w:after="0" w:line="240" w:lineRule="auto"/>
        <w:rPr>
          <w:rFonts w:asciiTheme="minorHAnsi" w:hAnsiTheme="minorHAnsi" w:cs="Times New Roman"/>
          <w:bCs/>
          <w:sz w:val="24"/>
          <w:szCs w:val="24"/>
        </w:rPr>
      </w:pPr>
      <w:r w:rsidRPr="009D7438">
        <w:rPr>
          <w:rFonts w:asciiTheme="minorHAnsi" w:hAnsiTheme="minorHAnsi" w:cs="Times New Roman"/>
          <w:bCs/>
          <w:sz w:val="24"/>
          <w:szCs w:val="24"/>
        </w:rPr>
        <w:tab/>
      </w:r>
      <w:r w:rsidRPr="009D7438">
        <w:rPr>
          <w:rFonts w:asciiTheme="minorHAnsi" w:hAnsiTheme="minorHAnsi" w:cs="Times New Roman"/>
          <w:bCs/>
          <w:sz w:val="24"/>
          <w:szCs w:val="24"/>
        </w:rPr>
        <w:tab/>
      </w:r>
      <w:r w:rsidRPr="009D7438">
        <w:rPr>
          <w:rFonts w:asciiTheme="minorHAnsi" w:hAnsiTheme="minorHAnsi" w:cs="Times New Roman"/>
          <w:bCs/>
          <w:sz w:val="24"/>
          <w:szCs w:val="24"/>
        </w:rPr>
        <w:tab/>
      </w:r>
      <w:r w:rsidRPr="009D7438">
        <w:rPr>
          <w:rFonts w:asciiTheme="minorHAnsi" w:hAnsiTheme="minorHAnsi" w:cs="Times New Roman"/>
          <w:bCs/>
          <w:sz w:val="24"/>
          <w:szCs w:val="24"/>
        </w:rPr>
        <w:tab/>
      </w:r>
      <w:r w:rsidRPr="009D7438">
        <w:rPr>
          <w:rFonts w:asciiTheme="minorHAnsi" w:hAnsiTheme="minorHAnsi" w:cs="Times New Roman"/>
          <w:bCs/>
          <w:sz w:val="24"/>
          <w:szCs w:val="24"/>
        </w:rPr>
        <w:tab/>
      </w:r>
      <w:r w:rsidRPr="009D7438">
        <w:rPr>
          <w:rFonts w:asciiTheme="minorHAnsi" w:hAnsiTheme="minorHAnsi" w:cs="Times New Roman"/>
          <w:bCs/>
          <w:sz w:val="24"/>
          <w:szCs w:val="24"/>
        </w:rPr>
        <w:tab/>
      </w:r>
      <w:sdt>
        <w:sdtPr>
          <w:rPr>
            <w:rFonts w:asciiTheme="minorHAnsi" w:hAnsiTheme="minorHAnsi" w:cs="Times New Roman"/>
            <w:bCs/>
            <w:sz w:val="24"/>
            <w:szCs w:val="24"/>
          </w:rPr>
          <w:id w:val="-1036882577"/>
          <w:placeholder>
            <w:docPart w:val="DefaultPlaceholder_-1854013440"/>
          </w:placeholder>
          <w:showingPlcHdr/>
          <w:text/>
        </w:sdtPr>
        <w:sdtContent>
          <w:r w:rsidR="00CE5281" w:rsidRPr="009D7438">
            <w:rPr>
              <w:rStyle w:val="Platzhaltertext"/>
              <w:rFonts w:asciiTheme="minorHAnsi" w:hAnsiTheme="minorHAnsi"/>
              <w:bCs/>
              <w:sz w:val="24"/>
              <w:szCs w:val="24"/>
            </w:rPr>
            <w:t>Klicken oder tippen Sie hier, um Text einzugeben.</w:t>
          </w:r>
        </w:sdtContent>
      </w:sdt>
    </w:p>
    <w:p w14:paraId="4458C98F" w14:textId="77777777" w:rsidR="00252787" w:rsidRPr="009D7438" w:rsidRDefault="00252787" w:rsidP="004A7DFA">
      <w:pPr>
        <w:spacing w:after="0" w:line="240" w:lineRule="auto"/>
        <w:rPr>
          <w:rFonts w:asciiTheme="minorHAnsi" w:hAnsiTheme="minorHAnsi" w:cs="Times New Roman"/>
          <w:bCs/>
          <w:sz w:val="24"/>
          <w:szCs w:val="24"/>
        </w:rPr>
      </w:pPr>
    </w:p>
    <w:p w14:paraId="3CFE33A1" w14:textId="50ACBC07" w:rsidR="004265ED" w:rsidRPr="00C000D6" w:rsidRDefault="00C000D6" w:rsidP="004265ED">
      <w:pPr>
        <w:spacing w:after="0" w:line="240" w:lineRule="auto"/>
        <w:rPr>
          <w:rFonts w:asciiTheme="minorHAnsi" w:hAnsiTheme="minorHAnsi" w:cs="Times New Roman"/>
          <w:bCs/>
          <w:sz w:val="24"/>
          <w:szCs w:val="24"/>
        </w:rPr>
      </w:pPr>
      <w:r>
        <w:rPr>
          <w:rFonts w:asciiTheme="minorHAnsi" w:hAnsiTheme="minorHAnsi" w:cs="Times New Roman"/>
          <w:bCs/>
          <w:sz w:val="24"/>
          <w:szCs w:val="24"/>
        </w:rPr>
        <w:t xml:space="preserve">Email, Webpage, </w:t>
      </w:r>
      <w:proofErr w:type="spellStart"/>
      <w:r>
        <w:rPr>
          <w:rFonts w:asciiTheme="minorHAnsi" w:hAnsiTheme="minorHAnsi" w:cs="Times New Roman"/>
          <w:bCs/>
          <w:sz w:val="24"/>
          <w:szCs w:val="24"/>
        </w:rPr>
        <w:t>Telefon</w:t>
      </w:r>
      <w:proofErr w:type="spellEnd"/>
      <w:r w:rsidR="00252787" w:rsidRPr="009D7438">
        <w:rPr>
          <w:rFonts w:asciiTheme="minorHAnsi" w:hAnsiTheme="minorHAnsi" w:cs="Times New Roman"/>
          <w:bCs/>
          <w:sz w:val="24"/>
          <w:szCs w:val="24"/>
        </w:rPr>
        <w:t>:</w:t>
      </w:r>
      <w:r>
        <w:rPr>
          <w:rFonts w:asciiTheme="minorHAnsi" w:hAnsiTheme="minorHAnsi" w:cs="Times New Roman"/>
          <w:bCs/>
          <w:sz w:val="24"/>
          <w:szCs w:val="24"/>
        </w:rPr>
        <w:tab/>
      </w:r>
      <w:r w:rsidR="008932D0" w:rsidRPr="009D7438">
        <w:rPr>
          <w:rFonts w:asciiTheme="minorHAnsi" w:hAnsiTheme="minorHAnsi" w:cs="Times New Roman"/>
          <w:bCs/>
          <w:sz w:val="24"/>
          <w:szCs w:val="24"/>
        </w:rPr>
        <w:tab/>
      </w:r>
      <w:r w:rsidR="008932D0" w:rsidRPr="009D7438">
        <w:rPr>
          <w:rFonts w:asciiTheme="minorHAnsi" w:hAnsiTheme="minorHAnsi" w:cs="Times New Roman"/>
          <w:bCs/>
          <w:sz w:val="24"/>
          <w:szCs w:val="24"/>
        </w:rPr>
        <w:tab/>
      </w:r>
      <w:sdt>
        <w:sdtPr>
          <w:rPr>
            <w:rFonts w:asciiTheme="minorHAnsi" w:hAnsiTheme="minorHAnsi" w:cs="Times New Roman"/>
            <w:bCs/>
            <w:sz w:val="24"/>
            <w:szCs w:val="24"/>
          </w:rPr>
          <w:id w:val="419221181"/>
          <w:placeholder>
            <w:docPart w:val="DefaultPlaceholder_-1854013440"/>
          </w:placeholder>
          <w:showingPlcHdr/>
          <w:text/>
        </w:sdtPr>
        <w:sdtContent>
          <w:r w:rsidR="00CE5281" w:rsidRPr="00C000D6">
            <w:rPr>
              <w:rStyle w:val="Platzhaltertext"/>
              <w:rFonts w:asciiTheme="minorHAnsi" w:hAnsiTheme="minorHAnsi"/>
              <w:bCs/>
              <w:sz w:val="24"/>
              <w:szCs w:val="24"/>
            </w:rPr>
            <w:t>Klicken oder tippen Sie hier, um Text einzugeben.</w:t>
          </w:r>
        </w:sdtContent>
      </w:sdt>
    </w:p>
    <w:p w14:paraId="03F13BB4" w14:textId="77777777" w:rsidR="004265ED" w:rsidRPr="00C000D6" w:rsidRDefault="004265ED" w:rsidP="004265ED">
      <w:pPr>
        <w:spacing w:after="0" w:line="240" w:lineRule="auto"/>
        <w:rPr>
          <w:rFonts w:asciiTheme="minorHAnsi" w:hAnsiTheme="minorHAnsi" w:cs="Times New Roman"/>
          <w:bCs/>
          <w:sz w:val="24"/>
          <w:szCs w:val="24"/>
        </w:rPr>
      </w:pPr>
    </w:p>
    <w:p w14:paraId="58C39FA2" w14:textId="3859E8CF" w:rsidR="00480207" w:rsidRPr="00C000D6" w:rsidRDefault="00C000D6" w:rsidP="004A7DFA">
      <w:pPr>
        <w:spacing w:after="0" w:line="240" w:lineRule="auto"/>
        <w:rPr>
          <w:rFonts w:asciiTheme="minorHAnsi" w:hAnsiTheme="minorHAnsi" w:cs="Times New Roman"/>
          <w:bCs/>
          <w:sz w:val="24"/>
          <w:szCs w:val="24"/>
        </w:rPr>
      </w:pPr>
      <w:r w:rsidRPr="00C000D6">
        <w:rPr>
          <w:rFonts w:asciiTheme="minorHAnsi" w:hAnsiTheme="minorHAnsi" w:cs="Times New Roman"/>
          <w:bCs/>
          <w:sz w:val="24"/>
          <w:szCs w:val="24"/>
        </w:rPr>
        <w:tab/>
      </w:r>
      <w:r w:rsidRPr="00C000D6">
        <w:rPr>
          <w:rFonts w:asciiTheme="minorHAnsi" w:hAnsiTheme="minorHAnsi" w:cs="Times New Roman"/>
          <w:bCs/>
          <w:sz w:val="24"/>
          <w:szCs w:val="24"/>
        </w:rPr>
        <w:tab/>
      </w:r>
      <w:r w:rsidRPr="00C000D6">
        <w:rPr>
          <w:rFonts w:asciiTheme="minorHAnsi" w:hAnsiTheme="minorHAnsi" w:cs="Times New Roman"/>
          <w:bCs/>
          <w:sz w:val="24"/>
          <w:szCs w:val="24"/>
        </w:rPr>
        <w:tab/>
      </w:r>
      <w:r w:rsidRPr="00C000D6">
        <w:rPr>
          <w:rFonts w:asciiTheme="minorHAnsi" w:hAnsiTheme="minorHAnsi" w:cs="Times New Roman"/>
          <w:bCs/>
          <w:sz w:val="24"/>
          <w:szCs w:val="24"/>
        </w:rPr>
        <w:tab/>
      </w:r>
      <w:r w:rsidRPr="00C000D6">
        <w:rPr>
          <w:rFonts w:asciiTheme="minorHAnsi" w:hAnsiTheme="minorHAnsi" w:cs="Times New Roman"/>
          <w:bCs/>
          <w:sz w:val="24"/>
          <w:szCs w:val="24"/>
        </w:rPr>
        <w:tab/>
      </w:r>
      <w:r w:rsidRPr="00C000D6">
        <w:rPr>
          <w:rFonts w:asciiTheme="minorHAnsi" w:hAnsiTheme="minorHAnsi" w:cs="Times New Roman"/>
          <w:bCs/>
          <w:sz w:val="24"/>
          <w:szCs w:val="24"/>
        </w:rPr>
        <w:tab/>
      </w:r>
      <w:sdt>
        <w:sdtPr>
          <w:rPr>
            <w:rFonts w:asciiTheme="minorHAnsi" w:hAnsiTheme="minorHAnsi" w:cs="Times New Roman"/>
            <w:bCs/>
            <w:sz w:val="24"/>
            <w:szCs w:val="24"/>
          </w:rPr>
          <w:id w:val="251786676"/>
          <w:placeholder>
            <w:docPart w:val="DefaultPlaceholder_-1854013440"/>
          </w:placeholder>
          <w:showingPlcHdr/>
          <w:text/>
        </w:sdtPr>
        <w:sdtContent>
          <w:r w:rsidRPr="00C000D6">
            <w:rPr>
              <w:rStyle w:val="Platzhaltertext"/>
              <w:rFonts w:asciiTheme="minorHAnsi" w:hAnsiTheme="minorHAnsi"/>
              <w:sz w:val="24"/>
              <w:szCs w:val="24"/>
            </w:rPr>
            <w:t>Klicken oder tippen Sie hier, um Text einzugeben.</w:t>
          </w:r>
        </w:sdtContent>
      </w:sdt>
    </w:p>
    <w:p w14:paraId="00290996" w14:textId="0DF08F82" w:rsidR="00252787" w:rsidRPr="00C000D6" w:rsidRDefault="00252787" w:rsidP="004A7DFA">
      <w:pPr>
        <w:spacing w:after="0" w:line="240" w:lineRule="auto"/>
        <w:rPr>
          <w:rFonts w:asciiTheme="minorHAnsi" w:hAnsiTheme="minorHAnsi" w:cs="Times New Roman"/>
          <w:bCs/>
          <w:sz w:val="24"/>
          <w:szCs w:val="24"/>
        </w:rPr>
      </w:pPr>
    </w:p>
    <w:p w14:paraId="140B65FD" w14:textId="41E3D392" w:rsidR="00252787" w:rsidRPr="00C000D6" w:rsidRDefault="00C000D6" w:rsidP="004A7DFA">
      <w:pPr>
        <w:spacing w:after="0" w:line="240" w:lineRule="auto"/>
        <w:rPr>
          <w:rFonts w:asciiTheme="minorHAnsi" w:hAnsiTheme="minorHAnsi" w:cs="Times New Roman"/>
          <w:bCs/>
          <w:sz w:val="24"/>
          <w:szCs w:val="24"/>
        </w:rPr>
      </w:pPr>
      <w:r w:rsidRPr="00C000D6">
        <w:rPr>
          <w:rFonts w:asciiTheme="minorHAnsi" w:hAnsiTheme="minorHAnsi" w:cs="Times New Roman"/>
          <w:bCs/>
          <w:sz w:val="24"/>
          <w:szCs w:val="24"/>
        </w:rPr>
        <w:tab/>
      </w:r>
      <w:r w:rsidRPr="00C000D6">
        <w:rPr>
          <w:rFonts w:asciiTheme="minorHAnsi" w:hAnsiTheme="minorHAnsi" w:cs="Times New Roman"/>
          <w:bCs/>
          <w:sz w:val="24"/>
          <w:szCs w:val="24"/>
        </w:rPr>
        <w:tab/>
      </w:r>
      <w:r w:rsidRPr="00C000D6">
        <w:rPr>
          <w:rFonts w:asciiTheme="minorHAnsi" w:hAnsiTheme="minorHAnsi" w:cs="Times New Roman"/>
          <w:bCs/>
          <w:sz w:val="24"/>
          <w:szCs w:val="24"/>
        </w:rPr>
        <w:tab/>
      </w:r>
      <w:r w:rsidRPr="00C000D6">
        <w:rPr>
          <w:rFonts w:asciiTheme="minorHAnsi" w:hAnsiTheme="minorHAnsi" w:cs="Times New Roman"/>
          <w:bCs/>
          <w:sz w:val="24"/>
          <w:szCs w:val="24"/>
        </w:rPr>
        <w:tab/>
      </w:r>
      <w:r w:rsidRPr="00C000D6">
        <w:rPr>
          <w:rFonts w:asciiTheme="minorHAnsi" w:hAnsiTheme="minorHAnsi" w:cs="Times New Roman"/>
          <w:bCs/>
          <w:sz w:val="24"/>
          <w:szCs w:val="24"/>
        </w:rPr>
        <w:tab/>
      </w:r>
      <w:r w:rsidRPr="00C000D6">
        <w:rPr>
          <w:rFonts w:asciiTheme="minorHAnsi" w:hAnsiTheme="minorHAnsi" w:cs="Times New Roman"/>
          <w:bCs/>
          <w:sz w:val="24"/>
          <w:szCs w:val="24"/>
        </w:rPr>
        <w:tab/>
      </w:r>
      <w:sdt>
        <w:sdtPr>
          <w:rPr>
            <w:rFonts w:asciiTheme="minorHAnsi" w:hAnsiTheme="minorHAnsi" w:cs="Times New Roman"/>
            <w:bCs/>
            <w:sz w:val="24"/>
            <w:szCs w:val="24"/>
          </w:rPr>
          <w:id w:val="789324167"/>
          <w:placeholder>
            <w:docPart w:val="DefaultPlaceholder_-1854013440"/>
          </w:placeholder>
          <w:showingPlcHdr/>
          <w:text/>
        </w:sdtPr>
        <w:sdtContent>
          <w:r w:rsidRPr="00C000D6">
            <w:rPr>
              <w:rStyle w:val="Platzhaltertext"/>
              <w:rFonts w:asciiTheme="minorHAnsi" w:hAnsiTheme="minorHAnsi"/>
              <w:sz w:val="24"/>
              <w:szCs w:val="24"/>
            </w:rPr>
            <w:t>Klicken oder tippen Sie hier, um Text einzugeben.</w:t>
          </w:r>
        </w:sdtContent>
      </w:sdt>
    </w:p>
    <w:p w14:paraId="74520660" w14:textId="77777777" w:rsidR="00C000D6" w:rsidRDefault="00C000D6" w:rsidP="004A7DFA">
      <w:pPr>
        <w:spacing w:after="0" w:line="240" w:lineRule="auto"/>
        <w:rPr>
          <w:rFonts w:asciiTheme="minorHAnsi" w:hAnsiTheme="minorHAnsi" w:cs="Times New Roman"/>
          <w:bCs/>
          <w:sz w:val="24"/>
          <w:szCs w:val="24"/>
        </w:rPr>
      </w:pPr>
    </w:p>
    <w:p w14:paraId="357A63BD" w14:textId="77777777" w:rsidR="00C000D6" w:rsidRDefault="00C000D6" w:rsidP="004A7DFA">
      <w:pPr>
        <w:spacing w:after="0" w:line="240" w:lineRule="auto"/>
        <w:rPr>
          <w:rFonts w:asciiTheme="minorHAnsi" w:hAnsiTheme="minorHAnsi" w:cs="Times New Roman"/>
          <w:bCs/>
          <w:sz w:val="24"/>
          <w:szCs w:val="24"/>
        </w:rPr>
      </w:pPr>
    </w:p>
    <w:p w14:paraId="5389F9FF" w14:textId="333DCFC1" w:rsidR="00252787" w:rsidRPr="009D7438" w:rsidRDefault="00C000D6" w:rsidP="004A7DFA">
      <w:pPr>
        <w:spacing w:after="0" w:line="240" w:lineRule="auto"/>
        <w:rPr>
          <w:rFonts w:asciiTheme="minorHAnsi" w:hAnsiTheme="minorHAnsi" w:cs="Times New Roman"/>
          <w:bCs/>
          <w:sz w:val="24"/>
          <w:szCs w:val="24"/>
        </w:rPr>
      </w:pPr>
      <w:r>
        <w:rPr>
          <w:rFonts w:asciiTheme="minorHAnsi" w:hAnsiTheme="minorHAnsi" w:cs="Times New Roman"/>
          <w:bCs/>
          <w:sz w:val="24"/>
          <w:szCs w:val="24"/>
        </w:rPr>
        <w:t>Beruf(e):</w:t>
      </w:r>
      <w:r w:rsidR="00480207" w:rsidRPr="009D7438">
        <w:rPr>
          <w:rFonts w:asciiTheme="minorHAnsi" w:hAnsiTheme="minorHAnsi" w:cs="Times New Roman"/>
          <w:bCs/>
          <w:sz w:val="24"/>
          <w:szCs w:val="24"/>
        </w:rPr>
        <w:tab/>
      </w:r>
      <w:r w:rsidR="008932D0" w:rsidRPr="009D7438">
        <w:rPr>
          <w:rFonts w:asciiTheme="minorHAnsi" w:hAnsiTheme="minorHAnsi" w:cs="Times New Roman"/>
          <w:bCs/>
          <w:sz w:val="24"/>
          <w:szCs w:val="24"/>
        </w:rPr>
        <w:tab/>
      </w:r>
      <w:r w:rsidR="008932D0" w:rsidRPr="009D7438">
        <w:rPr>
          <w:rFonts w:asciiTheme="minorHAnsi" w:hAnsiTheme="minorHAnsi" w:cs="Times New Roman"/>
          <w:bCs/>
          <w:sz w:val="24"/>
          <w:szCs w:val="24"/>
        </w:rPr>
        <w:tab/>
      </w:r>
      <w:r w:rsidR="008932D0" w:rsidRPr="009D7438">
        <w:rPr>
          <w:rFonts w:asciiTheme="minorHAnsi" w:hAnsiTheme="minorHAnsi" w:cs="Times New Roman"/>
          <w:bCs/>
          <w:sz w:val="24"/>
          <w:szCs w:val="24"/>
        </w:rPr>
        <w:tab/>
      </w:r>
      <w:r w:rsidR="00CE5281" w:rsidRPr="009D7438">
        <w:rPr>
          <w:rFonts w:asciiTheme="minorHAnsi" w:hAnsiTheme="minorHAnsi" w:cs="Times New Roman"/>
          <w:bCs/>
          <w:sz w:val="24"/>
          <w:szCs w:val="24"/>
        </w:rPr>
        <w:tab/>
      </w:r>
      <w:sdt>
        <w:sdtPr>
          <w:rPr>
            <w:rFonts w:asciiTheme="minorHAnsi" w:hAnsiTheme="minorHAnsi" w:cs="Times New Roman"/>
            <w:bCs/>
            <w:sz w:val="24"/>
            <w:szCs w:val="24"/>
          </w:rPr>
          <w:id w:val="656578734"/>
          <w:placeholder>
            <w:docPart w:val="DefaultPlaceholder_-1854013440"/>
          </w:placeholder>
          <w:showingPlcHdr/>
          <w:text/>
        </w:sdtPr>
        <w:sdtContent>
          <w:r w:rsidR="00CE5281" w:rsidRPr="009D7438">
            <w:rPr>
              <w:rStyle w:val="Platzhaltertext"/>
              <w:rFonts w:asciiTheme="minorHAnsi" w:hAnsiTheme="minorHAnsi"/>
              <w:bCs/>
              <w:sz w:val="24"/>
              <w:szCs w:val="24"/>
            </w:rPr>
            <w:t>Klicken oder tippen Sie hier, um Text einzugeben.</w:t>
          </w:r>
        </w:sdtContent>
      </w:sdt>
    </w:p>
    <w:p w14:paraId="7D1C406F" w14:textId="77777777" w:rsidR="004265ED" w:rsidRPr="009D7438" w:rsidRDefault="004265ED" w:rsidP="004A7DFA">
      <w:pPr>
        <w:spacing w:after="0" w:line="240" w:lineRule="auto"/>
        <w:rPr>
          <w:rFonts w:asciiTheme="minorHAnsi" w:hAnsiTheme="minorHAnsi" w:cs="Times New Roman"/>
          <w:bCs/>
          <w:sz w:val="24"/>
          <w:szCs w:val="24"/>
        </w:rPr>
      </w:pPr>
    </w:p>
    <w:p w14:paraId="49F09869" w14:textId="6557DF53" w:rsidR="002A1C49" w:rsidRPr="009D7438" w:rsidRDefault="00C000D6" w:rsidP="004A7DFA">
      <w:pPr>
        <w:spacing w:after="0" w:line="240" w:lineRule="auto"/>
        <w:rPr>
          <w:rFonts w:asciiTheme="minorHAnsi" w:hAnsiTheme="minorHAnsi" w:cs="Times New Roman"/>
          <w:bCs/>
          <w:sz w:val="24"/>
          <w:szCs w:val="24"/>
        </w:rPr>
      </w:pPr>
      <w:proofErr w:type="spellStart"/>
      <w:r>
        <w:rPr>
          <w:rFonts w:asciiTheme="minorHAnsi" w:hAnsiTheme="minorHAnsi" w:cs="Times New Roman"/>
          <w:bCs/>
          <w:sz w:val="24"/>
          <w:szCs w:val="24"/>
        </w:rPr>
        <w:t>Nationalität</w:t>
      </w:r>
      <w:proofErr w:type="spellEnd"/>
      <w:r w:rsidR="00252787" w:rsidRPr="009D7438">
        <w:rPr>
          <w:rFonts w:asciiTheme="minorHAnsi" w:hAnsiTheme="minorHAnsi" w:cs="Times New Roman"/>
          <w:bCs/>
          <w:sz w:val="24"/>
          <w:szCs w:val="24"/>
        </w:rPr>
        <w:t>:</w:t>
      </w:r>
      <w:r>
        <w:rPr>
          <w:rFonts w:asciiTheme="minorHAnsi" w:hAnsiTheme="minorHAnsi" w:cs="Times New Roman"/>
          <w:bCs/>
          <w:sz w:val="24"/>
          <w:szCs w:val="24"/>
        </w:rPr>
        <w:tab/>
      </w:r>
      <w:r w:rsidR="00480207" w:rsidRPr="009D7438">
        <w:rPr>
          <w:rFonts w:asciiTheme="minorHAnsi" w:hAnsiTheme="minorHAnsi" w:cs="Times New Roman"/>
          <w:bCs/>
          <w:sz w:val="24"/>
          <w:szCs w:val="24"/>
        </w:rPr>
        <w:tab/>
      </w:r>
      <w:r w:rsidR="008932D0" w:rsidRPr="009D7438">
        <w:rPr>
          <w:rFonts w:asciiTheme="minorHAnsi" w:hAnsiTheme="minorHAnsi" w:cs="Times New Roman"/>
          <w:bCs/>
          <w:sz w:val="24"/>
          <w:szCs w:val="24"/>
        </w:rPr>
        <w:tab/>
      </w:r>
      <w:r w:rsidR="008932D0" w:rsidRPr="009D7438">
        <w:rPr>
          <w:rFonts w:asciiTheme="minorHAnsi" w:hAnsiTheme="minorHAnsi" w:cs="Times New Roman"/>
          <w:bCs/>
          <w:sz w:val="24"/>
          <w:szCs w:val="24"/>
        </w:rPr>
        <w:tab/>
      </w:r>
      <w:r w:rsidR="008932D0" w:rsidRPr="009D7438">
        <w:rPr>
          <w:rFonts w:asciiTheme="minorHAnsi" w:hAnsiTheme="minorHAnsi" w:cs="Times New Roman"/>
          <w:bCs/>
          <w:sz w:val="24"/>
          <w:szCs w:val="24"/>
        </w:rPr>
        <w:tab/>
      </w:r>
      <w:sdt>
        <w:sdtPr>
          <w:rPr>
            <w:rFonts w:asciiTheme="minorHAnsi" w:hAnsiTheme="minorHAnsi" w:cs="Times New Roman"/>
            <w:bCs/>
            <w:sz w:val="24"/>
            <w:szCs w:val="24"/>
          </w:rPr>
          <w:id w:val="-1457869855"/>
          <w:placeholder>
            <w:docPart w:val="DefaultPlaceholder_-1854013440"/>
          </w:placeholder>
          <w:showingPlcHdr/>
          <w:text/>
        </w:sdtPr>
        <w:sdtContent>
          <w:r w:rsidR="008932D0" w:rsidRPr="009D7438">
            <w:rPr>
              <w:rStyle w:val="Platzhaltertext"/>
              <w:rFonts w:asciiTheme="minorHAnsi" w:hAnsiTheme="minorHAnsi"/>
              <w:bCs/>
              <w:sz w:val="24"/>
              <w:szCs w:val="24"/>
            </w:rPr>
            <w:t>Klicken oder tippen Sie hier, um Text einzugeben.</w:t>
          </w:r>
        </w:sdtContent>
      </w:sdt>
    </w:p>
    <w:p w14:paraId="19FE41CB" w14:textId="77777777" w:rsidR="00252787" w:rsidRPr="009D7438" w:rsidRDefault="00252787" w:rsidP="004A7DFA">
      <w:pPr>
        <w:spacing w:after="0" w:line="240" w:lineRule="auto"/>
        <w:rPr>
          <w:rFonts w:asciiTheme="minorHAnsi" w:hAnsiTheme="minorHAnsi" w:cs="Times New Roman"/>
          <w:bCs/>
          <w:sz w:val="24"/>
          <w:szCs w:val="24"/>
        </w:rPr>
      </w:pPr>
    </w:p>
    <w:p w14:paraId="01AC3DB5" w14:textId="771F668A" w:rsidR="00252787" w:rsidRPr="009D7438" w:rsidRDefault="00C000D6" w:rsidP="004A7DFA">
      <w:pPr>
        <w:spacing w:after="0" w:line="240" w:lineRule="auto"/>
        <w:rPr>
          <w:rFonts w:asciiTheme="minorHAnsi" w:hAnsiTheme="minorHAnsi" w:cs="Times New Roman"/>
          <w:bCs/>
          <w:sz w:val="24"/>
          <w:szCs w:val="24"/>
        </w:rPr>
      </w:pPr>
      <w:proofErr w:type="spellStart"/>
      <w:r>
        <w:rPr>
          <w:rFonts w:asciiTheme="minorHAnsi" w:hAnsiTheme="minorHAnsi" w:cs="Times New Roman"/>
          <w:bCs/>
          <w:sz w:val="24"/>
          <w:szCs w:val="24"/>
        </w:rPr>
        <w:t>Geburtstag</w:t>
      </w:r>
      <w:proofErr w:type="spellEnd"/>
      <w:r w:rsidR="00252787" w:rsidRPr="009D7438">
        <w:rPr>
          <w:rFonts w:asciiTheme="minorHAnsi" w:hAnsiTheme="minorHAnsi" w:cs="Times New Roman"/>
          <w:bCs/>
          <w:sz w:val="24"/>
          <w:szCs w:val="24"/>
        </w:rPr>
        <w:t>:</w:t>
      </w:r>
      <w:r>
        <w:rPr>
          <w:rFonts w:asciiTheme="minorHAnsi" w:hAnsiTheme="minorHAnsi" w:cs="Times New Roman"/>
          <w:bCs/>
          <w:sz w:val="24"/>
          <w:szCs w:val="24"/>
        </w:rPr>
        <w:tab/>
      </w:r>
      <w:r w:rsidR="00480207" w:rsidRPr="009D7438">
        <w:rPr>
          <w:rFonts w:asciiTheme="minorHAnsi" w:hAnsiTheme="minorHAnsi" w:cs="Times New Roman"/>
          <w:bCs/>
          <w:sz w:val="24"/>
          <w:szCs w:val="24"/>
        </w:rPr>
        <w:tab/>
      </w:r>
      <w:r w:rsidR="008932D0" w:rsidRPr="009D7438">
        <w:rPr>
          <w:rFonts w:asciiTheme="minorHAnsi" w:hAnsiTheme="minorHAnsi" w:cs="Times New Roman"/>
          <w:bCs/>
          <w:sz w:val="24"/>
          <w:szCs w:val="24"/>
        </w:rPr>
        <w:tab/>
      </w:r>
      <w:r w:rsidR="008932D0" w:rsidRPr="009D7438">
        <w:rPr>
          <w:rFonts w:asciiTheme="minorHAnsi" w:hAnsiTheme="minorHAnsi" w:cs="Times New Roman"/>
          <w:bCs/>
          <w:sz w:val="24"/>
          <w:szCs w:val="24"/>
        </w:rPr>
        <w:tab/>
      </w:r>
      <w:r w:rsidR="008932D0" w:rsidRPr="009D7438">
        <w:rPr>
          <w:rFonts w:asciiTheme="minorHAnsi" w:hAnsiTheme="minorHAnsi" w:cs="Times New Roman"/>
          <w:bCs/>
          <w:sz w:val="24"/>
          <w:szCs w:val="24"/>
        </w:rPr>
        <w:tab/>
      </w:r>
      <w:sdt>
        <w:sdtPr>
          <w:rPr>
            <w:rFonts w:asciiTheme="minorHAnsi" w:hAnsiTheme="minorHAnsi" w:cs="Times New Roman"/>
            <w:bCs/>
            <w:sz w:val="24"/>
            <w:szCs w:val="24"/>
          </w:rPr>
          <w:id w:val="-274246153"/>
          <w:placeholder>
            <w:docPart w:val="DefaultPlaceholder_-1854013440"/>
          </w:placeholder>
          <w:showingPlcHdr/>
          <w:text/>
        </w:sdtPr>
        <w:sdtContent>
          <w:r w:rsidR="008932D0" w:rsidRPr="009D7438">
            <w:rPr>
              <w:rStyle w:val="Platzhaltertext"/>
              <w:rFonts w:asciiTheme="minorHAnsi" w:hAnsiTheme="minorHAnsi"/>
              <w:bCs/>
              <w:sz w:val="24"/>
              <w:szCs w:val="24"/>
            </w:rPr>
            <w:t>Klicken oder tippen Sie hier, um Text einzugeben.</w:t>
          </w:r>
        </w:sdtContent>
      </w:sdt>
    </w:p>
    <w:p w14:paraId="3C6E9923" w14:textId="77777777" w:rsidR="00252787" w:rsidRPr="009D7438" w:rsidRDefault="00252787" w:rsidP="004A7DFA">
      <w:pPr>
        <w:spacing w:after="0" w:line="240" w:lineRule="auto"/>
        <w:rPr>
          <w:rFonts w:asciiTheme="minorHAnsi" w:hAnsiTheme="minorHAnsi" w:cs="Times New Roman"/>
          <w:bCs/>
          <w:sz w:val="24"/>
          <w:szCs w:val="24"/>
        </w:rPr>
      </w:pPr>
    </w:p>
    <w:p w14:paraId="5FD98039" w14:textId="448C9318" w:rsidR="00252787" w:rsidRPr="009D7438" w:rsidRDefault="00C000D6" w:rsidP="004A7DFA">
      <w:pPr>
        <w:spacing w:after="0" w:line="240" w:lineRule="auto"/>
        <w:rPr>
          <w:rFonts w:asciiTheme="minorHAnsi" w:hAnsiTheme="minorHAnsi" w:cs="Times New Roman"/>
          <w:bCs/>
          <w:sz w:val="24"/>
          <w:szCs w:val="24"/>
        </w:rPr>
      </w:pPr>
      <w:proofErr w:type="spellStart"/>
      <w:r>
        <w:rPr>
          <w:rFonts w:asciiTheme="minorHAnsi" w:hAnsiTheme="minorHAnsi" w:cs="Times New Roman"/>
          <w:bCs/>
          <w:sz w:val="24"/>
          <w:szCs w:val="24"/>
        </w:rPr>
        <w:t>Geburtsort</w:t>
      </w:r>
      <w:proofErr w:type="spellEnd"/>
      <w:r w:rsidR="00252787" w:rsidRPr="009D7438">
        <w:rPr>
          <w:rFonts w:asciiTheme="minorHAnsi" w:hAnsiTheme="minorHAnsi" w:cs="Times New Roman"/>
          <w:bCs/>
          <w:sz w:val="24"/>
          <w:szCs w:val="24"/>
        </w:rPr>
        <w:t>:</w:t>
      </w:r>
      <w:r>
        <w:rPr>
          <w:rFonts w:asciiTheme="minorHAnsi" w:hAnsiTheme="minorHAnsi" w:cs="Times New Roman"/>
          <w:bCs/>
          <w:sz w:val="24"/>
          <w:szCs w:val="24"/>
        </w:rPr>
        <w:tab/>
      </w:r>
      <w:r w:rsidR="008932D0" w:rsidRPr="009D7438">
        <w:rPr>
          <w:rFonts w:asciiTheme="minorHAnsi" w:hAnsiTheme="minorHAnsi" w:cs="Times New Roman"/>
          <w:bCs/>
          <w:sz w:val="24"/>
          <w:szCs w:val="24"/>
        </w:rPr>
        <w:tab/>
      </w:r>
      <w:r w:rsidR="008932D0" w:rsidRPr="009D7438">
        <w:rPr>
          <w:rFonts w:asciiTheme="minorHAnsi" w:hAnsiTheme="minorHAnsi" w:cs="Times New Roman"/>
          <w:bCs/>
          <w:sz w:val="24"/>
          <w:szCs w:val="24"/>
        </w:rPr>
        <w:tab/>
      </w:r>
      <w:r w:rsidR="008932D0" w:rsidRPr="009D7438">
        <w:rPr>
          <w:rFonts w:asciiTheme="minorHAnsi" w:hAnsiTheme="minorHAnsi" w:cs="Times New Roman"/>
          <w:bCs/>
          <w:sz w:val="24"/>
          <w:szCs w:val="24"/>
        </w:rPr>
        <w:tab/>
      </w:r>
      <w:r w:rsidR="008932D0" w:rsidRPr="009D7438">
        <w:rPr>
          <w:rFonts w:asciiTheme="minorHAnsi" w:hAnsiTheme="minorHAnsi" w:cs="Times New Roman"/>
          <w:bCs/>
          <w:sz w:val="24"/>
          <w:szCs w:val="24"/>
        </w:rPr>
        <w:tab/>
      </w:r>
      <w:sdt>
        <w:sdtPr>
          <w:rPr>
            <w:rFonts w:asciiTheme="minorHAnsi" w:hAnsiTheme="minorHAnsi" w:cs="Times New Roman"/>
            <w:bCs/>
            <w:sz w:val="24"/>
            <w:szCs w:val="24"/>
          </w:rPr>
          <w:id w:val="-1243563372"/>
          <w:placeholder>
            <w:docPart w:val="DefaultPlaceholder_-1854013440"/>
          </w:placeholder>
          <w:showingPlcHdr/>
          <w:text/>
        </w:sdtPr>
        <w:sdtContent>
          <w:r w:rsidR="00CE5281" w:rsidRPr="009D7438">
            <w:rPr>
              <w:rStyle w:val="Platzhaltertext"/>
              <w:rFonts w:asciiTheme="minorHAnsi" w:hAnsiTheme="minorHAnsi"/>
              <w:bCs/>
              <w:sz w:val="24"/>
              <w:szCs w:val="24"/>
            </w:rPr>
            <w:t>Klicken oder tippen Sie hier, um Text einzugeben.</w:t>
          </w:r>
        </w:sdtContent>
      </w:sdt>
    </w:p>
    <w:p w14:paraId="7B2250E9" w14:textId="77777777" w:rsidR="002A1C49" w:rsidRPr="009D7438" w:rsidRDefault="002A1C49" w:rsidP="004A7DFA">
      <w:pPr>
        <w:spacing w:after="0" w:line="240" w:lineRule="auto"/>
        <w:rPr>
          <w:rFonts w:asciiTheme="minorHAnsi" w:hAnsiTheme="minorHAnsi" w:cs="Times New Roman"/>
          <w:bCs/>
          <w:sz w:val="24"/>
          <w:szCs w:val="24"/>
        </w:rPr>
      </w:pPr>
    </w:p>
    <w:p w14:paraId="18459EA5" w14:textId="77777777" w:rsidR="00480207" w:rsidRPr="009D7438" w:rsidRDefault="00480207" w:rsidP="004A7DFA">
      <w:pPr>
        <w:spacing w:after="0" w:line="240" w:lineRule="auto"/>
        <w:rPr>
          <w:rFonts w:asciiTheme="minorHAnsi" w:hAnsiTheme="minorHAnsi" w:cs="Times New Roman"/>
          <w:bCs/>
          <w:sz w:val="24"/>
          <w:szCs w:val="24"/>
        </w:rPr>
      </w:pPr>
    </w:p>
    <w:p w14:paraId="66C915C8" w14:textId="6775E009" w:rsidR="00B75150" w:rsidRPr="009D7438" w:rsidRDefault="00C000D6" w:rsidP="004265ED">
      <w:pPr>
        <w:spacing w:after="0" w:line="240" w:lineRule="auto"/>
        <w:rPr>
          <w:rFonts w:asciiTheme="minorHAnsi" w:hAnsiTheme="minorHAnsi" w:cs="Times New Roman"/>
          <w:bCs/>
          <w:sz w:val="24"/>
          <w:szCs w:val="24"/>
        </w:rPr>
      </w:pPr>
      <w:proofErr w:type="spellStart"/>
      <w:r>
        <w:rPr>
          <w:rFonts w:asciiTheme="minorHAnsi" w:hAnsiTheme="minorHAnsi" w:cs="Times New Roman"/>
          <w:bCs/>
          <w:sz w:val="24"/>
          <w:szCs w:val="24"/>
        </w:rPr>
        <w:t>Wichtigste</w:t>
      </w:r>
      <w:proofErr w:type="spellEnd"/>
      <w:r>
        <w:rPr>
          <w:rFonts w:asciiTheme="minorHAnsi" w:hAnsiTheme="minorHAnsi" w:cs="Times New Roman"/>
          <w:bCs/>
          <w:sz w:val="24"/>
          <w:szCs w:val="24"/>
        </w:rPr>
        <w:t xml:space="preserve"> </w:t>
      </w:r>
      <w:proofErr w:type="spellStart"/>
      <w:r>
        <w:rPr>
          <w:rFonts w:asciiTheme="minorHAnsi" w:hAnsiTheme="minorHAnsi" w:cs="Times New Roman"/>
          <w:bCs/>
          <w:sz w:val="24"/>
          <w:szCs w:val="24"/>
        </w:rPr>
        <w:t>Publikationen</w:t>
      </w:r>
      <w:proofErr w:type="spellEnd"/>
      <w:r w:rsidR="00774538" w:rsidRPr="009D7438">
        <w:rPr>
          <w:rFonts w:asciiTheme="minorHAnsi" w:hAnsiTheme="minorHAnsi" w:cs="Times New Roman"/>
          <w:bCs/>
          <w:sz w:val="24"/>
          <w:szCs w:val="24"/>
        </w:rPr>
        <w:t>:</w:t>
      </w:r>
      <w:r>
        <w:rPr>
          <w:rFonts w:asciiTheme="minorHAnsi" w:hAnsiTheme="minorHAnsi" w:cs="Times New Roman"/>
          <w:bCs/>
          <w:sz w:val="24"/>
          <w:szCs w:val="24"/>
        </w:rPr>
        <w:tab/>
      </w:r>
      <w:r w:rsidR="008932D0" w:rsidRPr="009D7438">
        <w:rPr>
          <w:rFonts w:asciiTheme="minorHAnsi" w:hAnsiTheme="minorHAnsi" w:cs="Times New Roman"/>
          <w:bCs/>
          <w:sz w:val="24"/>
          <w:szCs w:val="24"/>
        </w:rPr>
        <w:tab/>
      </w:r>
      <w:r w:rsidR="008932D0" w:rsidRPr="009D7438">
        <w:rPr>
          <w:rFonts w:asciiTheme="minorHAnsi" w:hAnsiTheme="minorHAnsi" w:cs="Times New Roman"/>
          <w:bCs/>
          <w:sz w:val="24"/>
          <w:szCs w:val="24"/>
        </w:rPr>
        <w:tab/>
      </w:r>
      <w:sdt>
        <w:sdtPr>
          <w:rPr>
            <w:rFonts w:asciiTheme="minorHAnsi" w:hAnsiTheme="minorHAnsi" w:cs="Times New Roman"/>
            <w:bCs/>
            <w:sz w:val="24"/>
            <w:szCs w:val="24"/>
          </w:rPr>
          <w:id w:val="-2109574019"/>
          <w:placeholder>
            <w:docPart w:val="DefaultPlaceholder_-1854013440"/>
          </w:placeholder>
          <w:showingPlcHdr/>
          <w:text/>
        </w:sdtPr>
        <w:sdtContent>
          <w:r w:rsidR="00CE5281" w:rsidRPr="009D7438">
            <w:rPr>
              <w:rStyle w:val="Platzhaltertext"/>
              <w:rFonts w:asciiTheme="minorHAnsi" w:hAnsiTheme="minorHAnsi"/>
              <w:bCs/>
              <w:sz w:val="24"/>
              <w:szCs w:val="24"/>
            </w:rPr>
            <w:t>Klicken oder tippen Sie hier, um Text einzugeben.</w:t>
          </w:r>
        </w:sdtContent>
      </w:sdt>
    </w:p>
    <w:p w14:paraId="52F42305" w14:textId="77777777" w:rsidR="004265ED" w:rsidRPr="009D7438" w:rsidRDefault="004265ED" w:rsidP="004265ED">
      <w:pPr>
        <w:spacing w:after="0" w:line="240" w:lineRule="auto"/>
        <w:rPr>
          <w:rFonts w:asciiTheme="minorHAnsi" w:hAnsiTheme="minorHAnsi" w:cs="Times New Roman"/>
          <w:bCs/>
          <w:sz w:val="24"/>
          <w:szCs w:val="24"/>
        </w:rPr>
      </w:pPr>
    </w:p>
    <w:p w14:paraId="7108268E" w14:textId="126D5D58" w:rsidR="004265ED" w:rsidRPr="009D7438" w:rsidRDefault="008932D0" w:rsidP="004265ED">
      <w:pPr>
        <w:spacing w:after="0" w:line="240" w:lineRule="auto"/>
        <w:rPr>
          <w:rFonts w:asciiTheme="minorHAnsi" w:hAnsiTheme="minorHAnsi" w:cs="Times New Roman"/>
          <w:bCs/>
          <w:sz w:val="24"/>
          <w:szCs w:val="24"/>
        </w:rPr>
      </w:pPr>
      <w:r w:rsidRPr="009D7438">
        <w:rPr>
          <w:rFonts w:asciiTheme="minorHAnsi" w:hAnsiTheme="minorHAnsi" w:cs="Times New Roman"/>
          <w:bCs/>
          <w:sz w:val="24"/>
          <w:szCs w:val="24"/>
        </w:rPr>
        <w:tab/>
      </w:r>
      <w:r w:rsidRPr="009D7438">
        <w:rPr>
          <w:rFonts w:asciiTheme="minorHAnsi" w:hAnsiTheme="minorHAnsi" w:cs="Times New Roman"/>
          <w:bCs/>
          <w:sz w:val="24"/>
          <w:szCs w:val="24"/>
        </w:rPr>
        <w:tab/>
      </w:r>
      <w:r w:rsidRPr="009D7438">
        <w:rPr>
          <w:rFonts w:asciiTheme="minorHAnsi" w:hAnsiTheme="minorHAnsi" w:cs="Times New Roman"/>
          <w:bCs/>
          <w:sz w:val="24"/>
          <w:szCs w:val="24"/>
        </w:rPr>
        <w:tab/>
      </w:r>
      <w:r w:rsidRPr="009D7438">
        <w:rPr>
          <w:rFonts w:asciiTheme="minorHAnsi" w:hAnsiTheme="minorHAnsi" w:cs="Times New Roman"/>
          <w:bCs/>
          <w:sz w:val="24"/>
          <w:szCs w:val="24"/>
        </w:rPr>
        <w:tab/>
      </w:r>
      <w:r w:rsidRPr="009D7438">
        <w:rPr>
          <w:rFonts w:asciiTheme="minorHAnsi" w:hAnsiTheme="minorHAnsi" w:cs="Times New Roman"/>
          <w:bCs/>
          <w:sz w:val="24"/>
          <w:szCs w:val="24"/>
        </w:rPr>
        <w:tab/>
      </w:r>
      <w:r w:rsidRPr="009D7438">
        <w:rPr>
          <w:rFonts w:asciiTheme="minorHAnsi" w:hAnsiTheme="minorHAnsi" w:cs="Times New Roman"/>
          <w:bCs/>
          <w:sz w:val="24"/>
          <w:szCs w:val="24"/>
        </w:rPr>
        <w:tab/>
      </w:r>
      <w:sdt>
        <w:sdtPr>
          <w:rPr>
            <w:rFonts w:asciiTheme="minorHAnsi" w:hAnsiTheme="minorHAnsi" w:cs="Times New Roman"/>
            <w:bCs/>
            <w:sz w:val="24"/>
            <w:szCs w:val="24"/>
          </w:rPr>
          <w:id w:val="-1568033936"/>
          <w:placeholder>
            <w:docPart w:val="DefaultPlaceholder_-1854013440"/>
          </w:placeholder>
          <w:showingPlcHdr/>
          <w:text/>
        </w:sdtPr>
        <w:sdtContent>
          <w:r w:rsidR="00CE5281" w:rsidRPr="009D7438">
            <w:rPr>
              <w:rStyle w:val="Platzhaltertext"/>
              <w:rFonts w:asciiTheme="minorHAnsi" w:hAnsiTheme="minorHAnsi"/>
              <w:bCs/>
              <w:sz w:val="24"/>
              <w:szCs w:val="24"/>
            </w:rPr>
            <w:t>Klicken oder tippen Sie hier, um Text einzugeben.</w:t>
          </w:r>
        </w:sdtContent>
      </w:sdt>
    </w:p>
    <w:p w14:paraId="2624AB9A" w14:textId="77777777" w:rsidR="004265ED" w:rsidRPr="009D7438" w:rsidRDefault="004265ED" w:rsidP="004265ED">
      <w:pPr>
        <w:spacing w:after="0" w:line="240" w:lineRule="auto"/>
        <w:rPr>
          <w:rFonts w:asciiTheme="minorHAnsi" w:hAnsiTheme="minorHAnsi" w:cs="Times New Roman"/>
          <w:bCs/>
          <w:sz w:val="24"/>
          <w:szCs w:val="24"/>
        </w:rPr>
      </w:pPr>
    </w:p>
    <w:p w14:paraId="65FF31BC" w14:textId="68995189" w:rsidR="004265ED" w:rsidRPr="009D7438" w:rsidRDefault="008932D0" w:rsidP="004265ED">
      <w:pPr>
        <w:spacing w:after="0" w:line="240" w:lineRule="auto"/>
        <w:rPr>
          <w:rFonts w:asciiTheme="minorHAnsi" w:hAnsiTheme="minorHAnsi" w:cs="Times New Roman"/>
          <w:bCs/>
          <w:sz w:val="24"/>
          <w:szCs w:val="24"/>
        </w:rPr>
      </w:pPr>
      <w:r w:rsidRPr="009D7438">
        <w:rPr>
          <w:rFonts w:asciiTheme="minorHAnsi" w:hAnsiTheme="minorHAnsi" w:cs="Times New Roman"/>
          <w:bCs/>
          <w:sz w:val="24"/>
          <w:szCs w:val="24"/>
        </w:rPr>
        <w:tab/>
      </w:r>
      <w:r w:rsidRPr="009D7438">
        <w:rPr>
          <w:rFonts w:asciiTheme="minorHAnsi" w:hAnsiTheme="minorHAnsi" w:cs="Times New Roman"/>
          <w:bCs/>
          <w:sz w:val="24"/>
          <w:szCs w:val="24"/>
        </w:rPr>
        <w:tab/>
      </w:r>
      <w:r w:rsidRPr="009D7438">
        <w:rPr>
          <w:rFonts w:asciiTheme="minorHAnsi" w:hAnsiTheme="minorHAnsi" w:cs="Times New Roman"/>
          <w:bCs/>
          <w:sz w:val="24"/>
          <w:szCs w:val="24"/>
        </w:rPr>
        <w:tab/>
      </w:r>
      <w:r w:rsidRPr="009D7438">
        <w:rPr>
          <w:rFonts w:asciiTheme="minorHAnsi" w:hAnsiTheme="minorHAnsi" w:cs="Times New Roman"/>
          <w:bCs/>
          <w:sz w:val="24"/>
          <w:szCs w:val="24"/>
        </w:rPr>
        <w:tab/>
      </w:r>
      <w:r w:rsidRPr="009D7438">
        <w:rPr>
          <w:rFonts w:asciiTheme="minorHAnsi" w:hAnsiTheme="minorHAnsi" w:cs="Times New Roman"/>
          <w:bCs/>
          <w:sz w:val="24"/>
          <w:szCs w:val="24"/>
        </w:rPr>
        <w:tab/>
      </w:r>
      <w:r w:rsidRPr="009D7438">
        <w:rPr>
          <w:rFonts w:asciiTheme="minorHAnsi" w:hAnsiTheme="minorHAnsi" w:cs="Times New Roman"/>
          <w:bCs/>
          <w:sz w:val="24"/>
          <w:szCs w:val="24"/>
        </w:rPr>
        <w:tab/>
      </w:r>
      <w:sdt>
        <w:sdtPr>
          <w:rPr>
            <w:rFonts w:asciiTheme="minorHAnsi" w:hAnsiTheme="minorHAnsi" w:cs="Times New Roman"/>
            <w:bCs/>
            <w:sz w:val="24"/>
            <w:szCs w:val="24"/>
          </w:rPr>
          <w:id w:val="880293182"/>
          <w:placeholder>
            <w:docPart w:val="DefaultPlaceholder_-1854013440"/>
          </w:placeholder>
          <w:showingPlcHdr/>
          <w:text/>
        </w:sdtPr>
        <w:sdtContent>
          <w:r w:rsidRPr="009D7438">
            <w:rPr>
              <w:rStyle w:val="Platzhaltertext"/>
              <w:rFonts w:asciiTheme="minorHAnsi" w:hAnsiTheme="minorHAnsi"/>
              <w:bCs/>
              <w:sz w:val="24"/>
              <w:szCs w:val="24"/>
            </w:rPr>
            <w:t>Klicken oder tippen Sie hier, um Text einzugeben.</w:t>
          </w:r>
        </w:sdtContent>
      </w:sdt>
    </w:p>
    <w:p w14:paraId="1C6D4B9F" w14:textId="77777777" w:rsidR="004265ED" w:rsidRPr="009D7438" w:rsidRDefault="004265ED" w:rsidP="004265ED">
      <w:pPr>
        <w:spacing w:after="0" w:line="240" w:lineRule="auto"/>
        <w:rPr>
          <w:rFonts w:asciiTheme="minorHAnsi" w:hAnsiTheme="minorHAnsi" w:cs="Times New Roman"/>
          <w:bCs/>
          <w:sz w:val="24"/>
          <w:szCs w:val="24"/>
        </w:rPr>
      </w:pPr>
    </w:p>
    <w:p w14:paraId="6FDA66C2" w14:textId="5FF3E193" w:rsidR="00C000D6" w:rsidRDefault="008932D0" w:rsidP="003B305D">
      <w:pPr>
        <w:spacing w:after="0" w:line="240" w:lineRule="auto"/>
        <w:rPr>
          <w:rFonts w:asciiTheme="minorHAnsi" w:hAnsiTheme="minorHAnsi" w:cs="Times New Roman"/>
          <w:bCs/>
          <w:sz w:val="24"/>
          <w:szCs w:val="24"/>
        </w:rPr>
      </w:pPr>
      <w:r w:rsidRPr="009D7438">
        <w:rPr>
          <w:rFonts w:asciiTheme="minorHAnsi" w:hAnsiTheme="minorHAnsi" w:cs="Times New Roman"/>
          <w:bCs/>
          <w:sz w:val="24"/>
          <w:szCs w:val="24"/>
        </w:rPr>
        <w:tab/>
      </w:r>
      <w:r w:rsidRPr="009D7438">
        <w:rPr>
          <w:rFonts w:asciiTheme="minorHAnsi" w:hAnsiTheme="minorHAnsi" w:cs="Times New Roman"/>
          <w:bCs/>
          <w:sz w:val="24"/>
          <w:szCs w:val="24"/>
        </w:rPr>
        <w:tab/>
      </w:r>
      <w:r w:rsidRPr="009D7438">
        <w:rPr>
          <w:rFonts w:asciiTheme="minorHAnsi" w:hAnsiTheme="minorHAnsi" w:cs="Times New Roman"/>
          <w:bCs/>
          <w:sz w:val="24"/>
          <w:szCs w:val="24"/>
        </w:rPr>
        <w:tab/>
      </w:r>
      <w:r w:rsidRPr="009D7438">
        <w:rPr>
          <w:rFonts w:asciiTheme="minorHAnsi" w:hAnsiTheme="minorHAnsi" w:cs="Times New Roman"/>
          <w:bCs/>
          <w:sz w:val="24"/>
          <w:szCs w:val="24"/>
        </w:rPr>
        <w:tab/>
      </w:r>
      <w:r w:rsidRPr="009D7438">
        <w:rPr>
          <w:rFonts w:asciiTheme="minorHAnsi" w:hAnsiTheme="minorHAnsi" w:cs="Times New Roman"/>
          <w:bCs/>
          <w:sz w:val="24"/>
          <w:szCs w:val="24"/>
        </w:rPr>
        <w:tab/>
      </w:r>
      <w:r w:rsidR="00C000D6">
        <w:rPr>
          <w:rFonts w:asciiTheme="minorHAnsi" w:hAnsiTheme="minorHAnsi" w:cs="Times New Roman"/>
          <w:bCs/>
          <w:sz w:val="24"/>
          <w:szCs w:val="24"/>
        </w:rPr>
        <w:tab/>
      </w:r>
      <w:sdt>
        <w:sdtPr>
          <w:rPr>
            <w:rFonts w:asciiTheme="minorHAnsi" w:hAnsiTheme="minorHAnsi" w:cs="Times New Roman"/>
            <w:bCs/>
            <w:sz w:val="24"/>
            <w:szCs w:val="24"/>
          </w:rPr>
          <w:id w:val="-105586431"/>
          <w:placeholder>
            <w:docPart w:val="DefaultPlaceholder_-1854013440"/>
          </w:placeholder>
          <w:showingPlcHdr/>
          <w:text/>
        </w:sdtPr>
        <w:sdtContent>
          <w:r w:rsidR="00C000D6" w:rsidRPr="00C000D6">
            <w:rPr>
              <w:rStyle w:val="Platzhaltertext"/>
              <w:rFonts w:asciiTheme="minorHAnsi" w:hAnsiTheme="minorHAnsi"/>
              <w:sz w:val="24"/>
              <w:szCs w:val="24"/>
            </w:rPr>
            <w:t>Klicken oder tippen Sie hier, um Text einzugeben.</w:t>
          </w:r>
        </w:sdtContent>
      </w:sdt>
    </w:p>
    <w:p w14:paraId="68083373" w14:textId="77777777" w:rsidR="00782D1A" w:rsidRDefault="00782D1A" w:rsidP="003B305D">
      <w:pPr>
        <w:spacing w:after="0" w:line="240" w:lineRule="auto"/>
        <w:rPr>
          <w:rFonts w:asciiTheme="minorHAnsi" w:hAnsiTheme="minorHAnsi" w:cs="Times New Roman"/>
          <w:bCs/>
          <w:sz w:val="24"/>
          <w:szCs w:val="24"/>
        </w:rPr>
      </w:pPr>
    </w:p>
    <w:p w14:paraId="398B79ED" w14:textId="77777777" w:rsidR="00782D1A" w:rsidRDefault="00782D1A" w:rsidP="003B305D">
      <w:pPr>
        <w:spacing w:after="0" w:line="240" w:lineRule="auto"/>
        <w:rPr>
          <w:rFonts w:asciiTheme="minorHAnsi" w:hAnsiTheme="minorHAnsi" w:cs="Times New Roman"/>
          <w:bCs/>
          <w:sz w:val="24"/>
          <w:szCs w:val="24"/>
        </w:rPr>
      </w:pPr>
    </w:p>
    <w:p w14:paraId="185EC7BD" w14:textId="77777777" w:rsidR="00782D1A" w:rsidRDefault="00782D1A" w:rsidP="003B305D">
      <w:pPr>
        <w:spacing w:after="0" w:line="240" w:lineRule="auto"/>
        <w:rPr>
          <w:rFonts w:asciiTheme="minorHAnsi" w:hAnsiTheme="minorHAnsi" w:cs="Times New Roman"/>
          <w:bCs/>
          <w:sz w:val="24"/>
          <w:szCs w:val="24"/>
        </w:rPr>
      </w:pPr>
    </w:p>
    <w:p w14:paraId="28824BBA" w14:textId="77777777" w:rsidR="00782D1A" w:rsidRDefault="00782D1A" w:rsidP="003B305D">
      <w:pPr>
        <w:spacing w:after="0" w:line="240" w:lineRule="auto"/>
        <w:rPr>
          <w:rFonts w:asciiTheme="minorHAnsi" w:hAnsiTheme="minorHAnsi" w:cs="Times New Roman"/>
          <w:bCs/>
          <w:sz w:val="24"/>
          <w:szCs w:val="24"/>
        </w:rPr>
      </w:pPr>
    </w:p>
    <w:p w14:paraId="77887725" w14:textId="77777777" w:rsidR="00782D1A" w:rsidRDefault="00782D1A" w:rsidP="003B305D">
      <w:pPr>
        <w:spacing w:after="0" w:line="240" w:lineRule="auto"/>
        <w:rPr>
          <w:rFonts w:asciiTheme="minorHAnsi" w:hAnsiTheme="minorHAnsi" w:cs="Times New Roman"/>
          <w:bCs/>
          <w:sz w:val="24"/>
          <w:szCs w:val="24"/>
        </w:rPr>
      </w:pPr>
    </w:p>
    <w:p w14:paraId="10F8228F" w14:textId="77777777" w:rsidR="00782D1A" w:rsidRPr="00C000D6" w:rsidRDefault="00782D1A" w:rsidP="003B305D">
      <w:pPr>
        <w:spacing w:after="0" w:line="240" w:lineRule="auto"/>
        <w:rPr>
          <w:rFonts w:asciiTheme="minorHAnsi" w:hAnsiTheme="minorHAnsi" w:cs="Times New Roman"/>
          <w:bCs/>
          <w:sz w:val="24"/>
          <w:szCs w:val="24"/>
        </w:rPr>
      </w:pPr>
    </w:p>
    <w:p w14:paraId="00AB41B7" w14:textId="3020A804" w:rsidR="003B305D" w:rsidRPr="00C000D6" w:rsidRDefault="002E7A88" w:rsidP="003B305D">
      <w:pPr>
        <w:spacing w:after="0" w:line="240" w:lineRule="auto"/>
        <w:rPr>
          <w:rFonts w:asciiTheme="minorHAnsi" w:hAnsiTheme="minorHAnsi" w:cs="Times New Roman"/>
          <w:bCs/>
          <w:sz w:val="24"/>
          <w:szCs w:val="24"/>
        </w:rPr>
      </w:pPr>
      <w:r>
        <w:rPr>
          <w:rFonts w:asciiTheme="minorHAnsi" w:hAnsiTheme="minorHAnsi" w:cs="Times New Roman"/>
          <w:b/>
          <w:sz w:val="24"/>
          <w:szCs w:val="24"/>
          <w:lang w:val="de-CH"/>
        </w:rPr>
        <w:lastRenderedPageBreak/>
        <w:t>IHR PROJEKT</w:t>
      </w:r>
    </w:p>
    <w:p w14:paraId="2AD31B55" w14:textId="77777777" w:rsidR="002E7A88" w:rsidRPr="00F42E8B" w:rsidRDefault="002E7A88" w:rsidP="003B305D">
      <w:pPr>
        <w:spacing w:after="0" w:line="240" w:lineRule="auto"/>
        <w:rPr>
          <w:rFonts w:asciiTheme="minorHAnsi" w:hAnsiTheme="minorHAnsi" w:cs="Times New Roman"/>
          <w:b/>
          <w:sz w:val="24"/>
          <w:szCs w:val="24"/>
          <w:lang w:val="de-CH"/>
        </w:rPr>
      </w:pPr>
    </w:p>
    <w:p w14:paraId="4504C546" w14:textId="58686874" w:rsidR="003B305D" w:rsidRPr="00B6017A" w:rsidRDefault="00CF2BCC" w:rsidP="003B305D">
      <w:pPr>
        <w:spacing w:after="0" w:line="240" w:lineRule="auto"/>
        <w:rPr>
          <w:rFonts w:asciiTheme="minorHAnsi" w:hAnsiTheme="minorHAnsi" w:cs="Times New Roman"/>
          <w:bCs/>
          <w:sz w:val="24"/>
          <w:szCs w:val="24"/>
          <w:lang w:val="de-CH"/>
        </w:rPr>
      </w:pPr>
      <w:r>
        <w:rPr>
          <w:rFonts w:asciiTheme="minorHAnsi" w:hAnsiTheme="minorHAnsi" w:cs="Times New Roman"/>
          <w:bCs/>
          <w:sz w:val="24"/>
          <w:szCs w:val="24"/>
          <w:lang w:val="de-CH"/>
        </w:rPr>
        <w:t xml:space="preserve">Eckdaten </w:t>
      </w:r>
      <w:r w:rsidR="003B305D" w:rsidRPr="00B6017A">
        <w:rPr>
          <w:rFonts w:asciiTheme="minorHAnsi" w:hAnsiTheme="minorHAnsi" w:cs="Times New Roman"/>
          <w:bCs/>
          <w:sz w:val="24"/>
          <w:szCs w:val="24"/>
          <w:lang w:val="de-CH"/>
        </w:rPr>
        <w:t>des Projekts, an dem Sie während Ihres Stipendienaufenthaltes tätig sein wollen:</w:t>
      </w:r>
    </w:p>
    <w:p w14:paraId="5B50C497" w14:textId="77777777" w:rsidR="002E7A88" w:rsidRPr="00B6017A" w:rsidRDefault="002E7A88" w:rsidP="003B305D">
      <w:pPr>
        <w:spacing w:after="0" w:line="240" w:lineRule="auto"/>
        <w:rPr>
          <w:rFonts w:asciiTheme="minorHAnsi" w:hAnsiTheme="minorHAnsi" w:cs="Times New Roman"/>
          <w:bCs/>
          <w:sz w:val="24"/>
          <w:szCs w:val="24"/>
          <w:lang w:val="de-CH"/>
        </w:rPr>
      </w:pPr>
    </w:p>
    <w:p w14:paraId="65CD10BF" w14:textId="38C3C927" w:rsidR="004265ED" w:rsidRPr="00B6017A" w:rsidRDefault="002E7A88" w:rsidP="003B305D">
      <w:pPr>
        <w:spacing w:after="0" w:line="240" w:lineRule="auto"/>
        <w:rPr>
          <w:rFonts w:asciiTheme="minorHAnsi" w:hAnsiTheme="minorHAnsi" w:cs="Times New Roman"/>
          <w:bCs/>
          <w:sz w:val="24"/>
          <w:szCs w:val="24"/>
          <w:lang w:val="de-CH"/>
        </w:rPr>
      </w:pPr>
      <w:r w:rsidRPr="00B6017A">
        <w:rPr>
          <w:rFonts w:asciiTheme="minorHAnsi" w:hAnsiTheme="minorHAnsi" w:cs="Times New Roman"/>
          <w:bCs/>
          <w:sz w:val="24"/>
          <w:szCs w:val="24"/>
          <w:lang w:val="de-CH"/>
        </w:rPr>
        <w:t>Titel</w:t>
      </w:r>
      <w:r w:rsidR="00CE1AC8" w:rsidRPr="00B6017A">
        <w:rPr>
          <w:rFonts w:asciiTheme="minorHAnsi" w:hAnsiTheme="minorHAnsi" w:cs="Times New Roman"/>
          <w:bCs/>
          <w:sz w:val="24"/>
          <w:szCs w:val="24"/>
          <w:lang w:val="de-CH"/>
        </w:rPr>
        <w:t>:</w:t>
      </w:r>
      <w:r w:rsidRPr="00B6017A">
        <w:rPr>
          <w:rFonts w:asciiTheme="minorHAnsi" w:hAnsiTheme="minorHAnsi" w:cs="Times New Roman"/>
          <w:bCs/>
          <w:sz w:val="24"/>
          <w:szCs w:val="24"/>
          <w:lang w:val="de-CH"/>
        </w:rPr>
        <w:tab/>
      </w:r>
      <w:r w:rsidR="008932D0" w:rsidRPr="00B6017A">
        <w:rPr>
          <w:rFonts w:asciiTheme="minorHAnsi" w:hAnsiTheme="minorHAnsi" w:cs="Times New Roman"/>
          <w:bCs/>
          <w:sz w:val="24"/>
          <w:szCs w:val="24"/>
          <w:lang w:val="de-CH"/>
        </w:rPr>
        <w:tab/>
      </w:r>
      <w:r w:rsidR="008932D0" w:rsidRPr="00B6017A">
        <w:rPr>
          <w:rFonts w:asciiTheme="minorHAnsi" w:hAnsiTheme="minorHAnsi" w:cs="Times New Roman"/>
          <w:bCs/>
          <w:sz w:val="24"/>
          <w:szCs w:val="24"/>
          <w:lang w:val="de-CH"/>
        </w:rPr>
        <w:tab/>
      </w:r>
      <w:r w:rsidR="008932D0" w:rsidRPr="00B6017A">
        <w:rPr>
          <w:rFonts w:asciiTheme="minorHAnsi" w:hAnsiTheme="minorHAnsi" w:cs="Times New Roman"/>
          <w:bCs/>
          <w:sz w:val="24"/>
          <w:szCs w:val="24"/>
          <w:lang w:val="de-CH"/>
        </w:rPr>
        <w:tab/>
      </w:r>
      <w:r w:rsidR="008932D0" w:rsidRPr="00B6017A">
        <w:rPr>
          <w:rFonts w:asciiTheme="minorHAnsi" w:hAnsiTheme="minorHAnsi" w:cs="Times New Roman"/>
          <w:bCs/>
          <w:sz w:val="24"/>
          <w:szCs w:val="24"/>
          <w:lang w:val="de-CH"/>
        </w:rPr>
        <w:tab/>
      </w:r>
      <w:r w:rsidR="008932D0" w:rsidRPr="00B6017A">
        <w:rPr>
          <w:rFonts w:asciiTheme="minorHAnsi" w:hAnsiTheme="minorHAnsi" w:cs="Times New Roman"/>
          <w:bCs/>
          <w:sz w:val="24"/>
          <w:szCs w:val="24"/>
          <w:lang w:val="de-CH"/>
        </w:rPr>
        <w:tab/>
      </w:r>
      <w:sdt>
        <w:sdtPr>
          <w:rPr>
            <w:rFonts w:asciiTheme="minorHAnsi" w:hAnsiTheme="minorHAnsi" w:cs="Times New Roman"/>
            <w:bCs/>
            <w:sz w:val="24"/>
            <w:szCs w:val="24"/>
            <w:lang w:val="de-CH"/>
          </w:rPr>
          <w:id w:val="228189265"/>
          <w:placeholder>
            <w:docPart w:val="DefaultPlaceholder_-1854013440"/>
          </w:placeholder>
          <w:showingPlcHdr/>
          <w:text/>
        </w:sdtPr>
        <w:sdtContent>
          <w:r w:rsidR="008932D0" w:rsidRPr="00B6017A">
            <w:rPr>
              <w:rStyle w:val="Platzhaltertext"/>
              <w:rFonts w:asciiTheme="minorHAnsi" w:hAnsiTheme="minorHAnsi"/>
              <w:sz w:val="24"/>
              <w:szCs w:val="24"/>
            </w:rPr>
            <w:t>Klicken oder tippen Sie hier, um Text einzugeben.</w:t>
          </w:r>
        </w:sdtContent>
      </w:sdt>
    </w:p>
    <w:p w14:paraId="4EA47894" w14:textId="1A527FD9" w:rsidR="002E7A88" w:rsidRPr="00B6017A" w:rsidRDefault="002E7A88" w:rsidP="003B305D">
      <w:pPr>
        <w:spacing w:after="0" w:line="240" w:lineRule="auto"/>
        <w:rPr>
          <w:rFonts w:asciiTheme="minorHAnsi" w:hAnsiTheme="minorHAnsi" w:cs="Times New Roman"/>
          <w:bCs/>
          <w:sz w:val="24"/>
          <w:szCs w:val="24"/>
          <w:lang w:val="de-CH"/>
        </w:rPr>
      </w:pPr>
    </w:p>
    <w:p w14:paraId="75E0E9C1" w14:textId="69FF6EA3" w:rsidR="002E7A88" w:rsidRDefault="002E7A88" w:rsidP="003B305D">
      <w:pPr>
        <w:spacing w:after="0" w:line="240" w:lineRule="auto"/>
        <w:rPr>
          <w:rFonts w:asciiTheme="minorHAnsi" w:hAnsiTheme="minorHAnsi" w:cs="Times New Roman"/>
          <w:bCs/>
          <w:sz w:val="24"/>
          <w:szCs w:val="24"/>
          <w:lang w:val="de-CH"/>
        </w:rPr>
      </w:pPr>
      <w:r w:rsidRPr="00B6017A">
        <w:rPr>
          <w:rFonts w:asciiTheme="minorHAnsi" w:hAnsiTheme="minorHAnsi" w:cs="Times New Roman"/>
          <w:bCs/>
          <w:sz w:val="24"/>
          <w:szCs w:val="24"/>
          <w:lang w:val="de-CH"/>
        </w:rPr>
        <w:t>Genre</w:t>
      </w:r>
      <w:r w:rsidR="00CE1AC8" w:rsidRPr="00B6017A">
        <w:rPr>
          <w:rFonts w:asciiTheme="minorHAnsi" w:hAnsiTheme="minorHAnsi" w:cs="Times New Roman"/>
          <w:bCs/>
          <w:sz w:val="24"/>
          <w:szCs w:val="24"/>
          <w:lang w:val="de-CH"/>
        </w:rPr>
        <w:t>:</w:t>
      </w:r>
      <w:r w:rsidR="00CE1AC8" w:rsidRPr="00B6017A">
        <w:rPr>
          <w:rFonts w:asciiTheme="minorHAnsi" w:hAnsiTheme="minorHAnsi" w:cs="Times New Roman"/>
          <w:bCs/>
          <w:sz w:val="24"/>
          <w:szCs w:val="24"/>
          <w:lang w:val="de-CH"/>
        </w:rPr>
        <w:tab/>
      </w:r>
      <w:r w:rsidR="008932D0" w:rsidRPr="00B6017A">
        <w:rPr>
          <w:rFonts w:asciiTheme="minorHAnsi" w:hAnsiTheme="minorHAnsi" w:cs="Times New Roman"/>
          <w:bCs/>
          <w:sz w:val="24"/>
          <w:szCs w:val="24"/>
          <w:lang w:val="de-CH"/>
        </w:rPr>
        <w:tab/>
      </w:r>
      <w:r w:rsidR="008932D0" w:rsidRPr="00B6017A">
        <w:rPr>
          <w:rFonts w:asciiTheme="minorHAnsi" w:hAnsiTheme="minorHAnsi" w:cs="Times New Roman"/>
          <w:bCs/>
          <w:sz w:val="24"/>
          <w:szCs w:val="24"/>
          <w:lang w:val="de-CH"/>
        </w:rPr>
        <w:tab/>
      </w:r>
      <w:r w:rsidR="008932D0" w:rsidRPr="00B6017A">
        <w:rPr>
          <w:rFonts w:asciiTheme="minorHAnsi" w:hAnsiTheme="minorHAnsi" w:cs="Times New Roman"/>
          <w:bCs/>
          <w:sz w:val="24"/>
          <w:szCs w:val="24"/>
          <w:lang w:val="de-CH"/>
        </w:rPr>
        <w:tab/>
      </w:r>
      <w:r w:rsidR="008932D0" w:rsidRPr="00B6017A">
        <w:rPr>
          <w:rFonts w:asciiTheme="minorHAnsi" w:hAnsiTheme="minorHAnsi" w:cs="Times New Roman"/>
          <w:bCs/>
          <w:sz w:val="24"/>
          <w:szCs w:val="24"/>
          <w:lang w:val="de-CH"/>
        </w:rPr>
        <w:tab/>
      </w:r>
      <w:r w:rsidR="008932D0" w:rsidRPr="00B6017A">
        <w:rPr>
          <w:rFonts w:asciiTheme="minorHAnsi" w:hAnsiTheme="minorHAnsi" w:cs="Times New Roman"/>
          <w:bCs/>
          <w:sz w:val="24"/>
          <w:szCs w:val="24"/>
          <w:lang w:val="de-CH"/>
        </w:rPr>
        <w:tab/>
      </w:r>
      <w:sdt>
        <w:sdtPr>
          <w:rPr>
            <w:rFonts w:asciiTheme="minorHAnsi" w:hAnsiTheme="minorHAnsi" w:cs="Times New Roman"/>
            <w:bCs/>
            <w:sz w:val="24"/>
            <w:szCs w:val="24"/>
            <w:lang w:val="de-CH"/>
          </w:rPr>
          <w:id w:val="-311108200"/>
          <w:placeholder>
            <w:docPart w:val="DefaultPlaceholder_-1854013440"/>
          </w:placeholder>
          <w:showingPlcHdr/>
          <w:text/>
        </w:sdtPr>
        <w:sdtContent>
          <w:r w:rsidR="008932D0" w:rsidRPr="00B6017A">
            <w:rPr>
              <w:rStyle w:val="Platzhaltertext"/>
              <w:rFonts w:asciiTheme="minorHAnsi" w:hAnsiTheme="minorHAnsi"/>
              <w:sz w:val="24"/>
              <w:szCs w:val="24"/>
            </w:rPr>
            <w:t>Klicken oder tippen Sie hier, um Text einzugeben.</w:t>
          </w:r>
        </w:sdtContent>
      </w:sdt>
    </w:p>
    <w:p w14:paraId="63A448B1" w14:textId="77777777" w:rsidR="00782D1A" w:rsidRPr="00B6017A" w:rsidRDefault="00782D1A" w:rsidP="003B305D">
      <w:pPr>
        <w:spacing w:after="0" w:line="240" w:lineRule="auto"/>
        <w:rPr>
          <w:rFonts w:asciiTheme="minorHAnsi" w:hAnsiTheme="minorHAnsi" w:cs="Times New Roman"/>
          <w:bCs/>
          <w:sz w:val="24"/>
          <w:szCs w:val="24"/>
          <w:lang w:val="de-CH"/>
        </w:rPr>
      </w:pPr>
    </w:p>
    <w:p w14:paraId="253A6848" w14:textId="77777777" w:rsidR="004265ED" w:rsidRPr="00B6017A" w:rsidRDefault="004265ED" w:rsidP="003B305D">
      <w:pPr>
        <w:spacing w:after="0" w:line="240" w:lineRule="auto"/>
        <w:rPr>
          <w:rFonts w:asciiTheme="minorHAnsi" w:hAnsiTheme="minorHAnsi" w:cs="Times New Roman"/>
          <w:bCs/>
          <w:sz w:val="24"/>
          <w:szCs w:val="24"/>
          <w:lang w:val="de-CH"/>
        </w:rPr>
      </w:pPr>
    </w:p>
    <w:p w14:paraId="1F098F70" w14:textId="50E76482" w:rsidR="002E7A88" w:rsidRPr="00B6017A" w:rsidRDefault="002E7A88" w:rsidP="003B305D">
      <w:pPr>
        <w:spacing w:after="0" w:line="240" w:lineRule="auto"/>
        <w:rPr>
          <w:rFonts w:asciiTheme="minorHAnsi" w:hAnsiTheme="minorHAnsi" w:cs="Times New Roman"/>
          <w:b/>
          <w:sz w:val="24"/>
          <w:szCs w:val="24"/>
          <w:lang w:val="de-CH"/>
        </w:rPr>
      </w:pPr>
      <w:r w:rsidRPr="00B6017A">
        <w:rPr>
          <w:rFonts w:asciiTheme="minorHAnsi" w:hAnsiTheme="minorHAnsi" w:cs="Times New Roman"/>
          <w:b/>
          <w:sz w:val="24"/>
          <w:szCs w:val="24"/>
          <w:lang w:val="de-CH"/>
        </w:rPr>
        <w:t>WEITERE ANGABEN</w:t>
      </w:r>
    </w:p>
    <w:p w14:paraId="37D06500" w14:textId="77777777" w:rsidR="002E7A88" w:rsidRPr="00B6017A" w:rsidRDefault="002E7A88" w:rsidP="003B305D">
      <w:pPr>
        <w:spacing w:after="0" w:line="240" w:lineRule="auto"/>
        <w:rPr>
          <w:rFonts w:asciiTheme="minorHAnsi" w:hAnsiTheme="minorHAnsi" w:cs="Times New Roman"/>
          <w:bCs/>
          <w:sz w:val="24"/>
          <w:szCs w:val="24"/>
          <w:lang w:val="de-CH"/>
        </w:rPr>
      </w:pPr>
    </w:p>
    <w:p w14:paraId="60A29BBD" w14:textId="32E9136E" w:rsidR="002E7A88" w:rsidRPr="00B6017A" w:rsidRDefault="00000000" w:rsidP="003B305D">
      <w:pPr>
        <w:spacing w:after="0" w:line="240" w:lineRule="auto"/>
        <w:rPr>
          <w:rFonts w:asciiTheme="minorHAnsi" w:hAnsiTheme="minorHAnsi" w:cs="Times New Roman"/>
          <w:bCs/>
          <w:sz w:val="24"/>
          <w:szCs w:val="24"/>
          <w:lang w:val="de-CH"/>
        </w:rPr>
      </w:pPr>
      <w:sdt>
        <w:sdtPr>
          <w:rPr>
            <w:rFonts w:asciiTheme="minorHAnsi" w:hAnsiTheme="minorHAnsi" w:cs="Times New Roman"/>
            <w:bCs/>
            <w:sz w:val="24"/>
            <w:szCs w:val="24"/>
            <w:lang w:val="de-CH"/>
          </w:rPr>
          <w:id w:val="6445456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6017A">
            <w:rPr>
              <w:rFonts w:ascii="MS Gothic" w:eastAsia="MS Gothic" w:hAnsi="MS Gothic" w:cs="Times New Roman" w:hint="eastAsia"/>
              <w:bCs/>
              <w:sz w:val="24"/>
              <w:szCs w:val="24"/>
              <w:lang w:val="de-CH"/>
            </w:rPr>
            <w:t>☐</w:t>
          </w:r>
        </w:sdtContent>
      </w:sdt>
      <w:r w:rsidR="002E7A88" w:rsidRPr="00B6017A">
        <w:rPr>
          <w:rFonts w:asciiTheme="minorHAnsi" w:hAnsiTheme="minorHAnsi" w:cs="Times New Roman"/>
          <w:bCs/>
          <w:sz w:val="24"/>
          <w:szCs w:val="24"/>
          <w:lang w:val="de-CH"/>
        </w:rPr>
        <w:tab/>
      </w:r>
      <w:proofErr w:type="spellStart"/>
      <w:r w:rsidR="002E7A88" w:rsidRPr="00B6017A">
        <w:rPr>
          <w:rFonts w:asciiTheme="minorHAnsi" w:hAnsiTheme="minorHAnsi" w:cs="Times New Roman"/>
          <w:bCs/>
          <w:sz w:val="24"/>
          <w:szCs w:val="24"/>
          <w:lang w:val="de-CH"/>
        </w:rPr>
        <w:t>Nichtraucher:in</w:t>
      </w:r>
      <w:proofErr w:type="spellEnd"/>
    </w:p>
    <w:p w14:paraId="20391D0A" w14:textId="6ADF71F5" w:rsidR="002E7A88" w:rsidRPr="00B6017A" w:rsidRDefault="00000000" w:rsidP="003B305D">
      <w:pPr>
        <w:spacing w:after="0" w:line="240" w:lineRule="auto"/>
        <w:rPr>
          <w:rFonts w:asciiTheme="minorHAnsi" w:hAnsiTheme="minorHAnsi" w:cs="Times New Roman"/>
          <w:bCs/>
          <w:sz w:val="24"/>
          <w:szCs w:val="24"/>
        </w:rPr>
      </w:pPr>
      <w:sdt>
        <w:sdtPr>
          <w:rPr>
            <w:rFonts w:asciiTheme="minorHAnsi" w:hAnsiTheme="minorHAnsi" w:cs="Times New Roman"/>
            <w:bCs/>
            <w:sz w:val="24"/>
            <w:szCs w:val="24"/>
          </w:rPr>
          <w:id w:val="-11831277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4538" w:rsidRPr="00B6017A">
            <w:rPr>
              <w:rFonts w:ascii="Segoe UI Symbol" w:eastAsia="MS Gothic" w:hAnsi="Segoe UI Symbol" w:cs="Segoe UI Symbol"/>
              <w:bCs/>
              <w:sz w:val="24"/>
              <w:szCs w:val="24"/>
            </w:rPr>
            <w:t>☐</w:t>
          </w:r>
        </w:sdtContent>
      </w:sdt>
      <w:r w:rsidR="002E7A88" w:rsidRPr="00B6017A">
        <w:rPr>
          <w:rFonts w:asciiTheme="minorHAnsi" w:hAnsiTheme="minorHAnsi" w:cs="Times New Roman"/>
          <w:bCs/>
          <w:sz w:val="24"/>
          <w:szCs w:val="24"/>
        </w:rPr>
        <w:tab/>
      </w:r>
      <w:proofErr w:type="spellStart"/>
      <w:r w:rsidR="002E7A88" w:rsidRPr="00B6017A">
        <w:rPr>
          <w:rFonts w:asciiTheme="minorHAnsi" w:hAnsiTheme="minorHAnsi" w:cs="Times New Roman"/>
          <w:bCs/>
          <w:sz w:val="24"/>
          <w:szCs w:val="24"/>
        </w:rPr>
        <w:t>Raucher:in</w:t>
      </w:r>
      <w:proofErr w:type="spellEnd"/>
      <w:r w:rsidR="002E7A88" w:rsidRPr="00B6017A">
        <w:rPr>
          <w:rFonts w:asciiTheme="minorHAnsi" w:hAnsiTheme="minorHAnsi" w:cs="Times New Roman"/>
          <w:bCs/>
          <w:sz w:val="24"/>
          <w:szCs w:val="24"/>
        </w:rPr>
        <w:t xml:space="preserve">; ich </w:t>
      </w:r>
      <w:proofErr w:type="spellStart"/>
      <w:r w:rsidR="002E7A88" w:rsidRPr="00B6017A">
        <w:rPr>
          <w:rFonts w:asciiTheme="minorHAnsi" w:hAnsiTheme="minorHAnsi" w:cs="Times New Roman"/>
          <w:bCs/>
          <w:sz w:val="24"/>
          <w:szCs w:val="24"/>
        </w:rPr>
        <w:t>verpflichte</w:t>
      </w:r>
      <w:proofErr w:type="spellEnd"/>
      <w:r w:rsidR="002E7A88" w:rsidRPr="00B6017A">
        <w:rPr>
          <w:rFonts w:asciiTheme="minorHAnsi" w:hAnsiTheme="minorHAnsi" w:cs="Times New Roman"/>
          <w:bCs/>
          <w:sz w:val="24"/>
          <w:szCs w:val="24"/>
        </w:rPr>
        <w:t xml:space="preserve"> </w:t>
      </w:r>
      <w:proofErr w:type="spellStart"/>
      <w:r w:rsidR="002E7A88" w:rsidRPr="00B6017A">
        <w:rPr>
          <w:rFonts w:asciiTheme="minorHAnsi" w:hAnsiTheme="minorHAnsi" w:cs="Times New Roman"/>
          <w:bCs/>
          <w:sz w:val="24"/>
          <w:szCs w:val="24"/>
        </w:rPr>
        <w:t>mich</w:t>
      </w:r>
      <w:proofErr w:type="spellEnd"/>
      <w:r w:rsidR="002E7A88" w:rsidRPr="00B6017A">
        <w:rPr>
          <w:rFonts w:asciiTheme="minorHAnsi" w:hAnsiTheme="minorHAnsi" w:cs="Times New Roman"/>
          <w:bCs/>
          <w:sz w:val="24"/>
          <w:szCs w:val="24"/>
        </w:rPr>
        <w:t xml:space="preserve">, in der </w:t>
      </w:r>
      <w:proofErr w:type="spellStart"/>
      <w:r w:rsidR="002E7A88" w:rsidRPr="00B6017A">
        <w:rPr>
          <w:rFonts w:asciiTheme="minorHAnsi" w:hAnsiTheme="minorHAnsi" w:cs="Times New Roman"/>
          <w:bCs/>
          <w:sz w:val="24"/>
          <w:szCs w:val="24"/>
        </w:rPr>
        <w:t>Wohnung</w:t>
      </w:r>
      <w:proofErr w:type="spellEnd"/>
      <w:r w:rsidR="002E7A88" w:rsidRPr="00B6017A">
        <w:rPr>
          <w:rFonts w:asciiTheme="minorHAnsi" w:hAnsiTheme="minorHAnsi" w:cs="Times New Roman"/>
          <w:bCs/>
          <w:sz w:val="24"/>
          <w:szCs w:val="24"/>
        </w:rPr>
        <w:t xml:space="preserve"> </w:t>
      </w:r>
      <w:proofErr w:type="spellStart"/>
      <w:r w:rsidR="002E7A88" w:rsidRPr="00B6017A">
        <w:rPr>
          <w:rFonts w:asciiTheme="minorHAnsi" w:hAnsiTheme="minorHAnsi" w:cs="Times New Roman"/>
          <w:bCs/>
          <w:sz w:val="24"/>
          <w:szCs w:val="24"/>
        </w:rPr>
        <w:t>aufs</w:t>
      </w:r>
      <w:proofErr w:type="spellEnd"/>
      <w:r w:rsidR="002E7A88" w:rsidRPr="00B6017A">
        <w:rPr>
          <w:rFonts w:asciiTheme="minorHAnsi" w:hAnsiTheme="minorHAnsi" w:cs="Times New Roman"/>
          <w:bCs/>
          <w:sz w:val="24"/>
          <w:szCs w:val="24"/>
        </w:rPr>
        <w:t xml:space="preserve"> </w:t>
      </w:r>
      <w:proofErr w:type="spellStart"/>
      <w:r w:rsidR="002E7A88" w:rsidRPr="00B6017A">
        <w:rPr>
          <w:rFonts w:asciiTheme="minorHAnsi" w:hAnsiTheme="minorHAnsi" w:cs="Times New Roman"/>
          <w:bCs/>
          <w:sz w:val="24"/>
          <w:szCs w:val="24"/>
        </w:rPr>
        <w:t>Rauchen</w:t>
      </w:r>
      <w:proofErr w:type="spellEnd"/>
      <w:r w:rsidR="002E7A88" w:rsidRPr="00B6017A">
        <w:rPr>
          <w:rFonts w:asciiTheme="minorHAnsi" w:hAnsiTheme="minorHAnsi" w:cs="Times New Roman"/>
          <w:bCs/>
          <w:sz w:val="24"/>
          <w:szCs w:val="24"/>
        </w:rPr>
        <w:t xml:space="preserve"> </w:t>
      </w:r>
      <w:proofErr w:type="spellStart"/>
      <w:r w:rsidR="002E7A88" w:rsidRPr="00B6017A">
        <w:rPr>
          <w:rFonts w:asciiTheme="minorHAnsi" w:hAnsiTheme="minorHAnsi" w:cs="Times New Roman"/>
          <w:bCs/>
          <w:sz w:val="24"/>
          <w:szCs w:val="24"/>
        </w:rPr>
        <w:t>zu</w:t>
      </w:r>
      <w:proofErr w:type="spellEnd"/>
      <w:r w:rsidR="002E7A88" w:rsidRPr="00B6017A">
        <w:rPr>
          <w:rFonts w:asciiTheme="minorHAnsi" w:hAnsiTheme="minorHAnsi" w:cs="Times New Roman"/>
          <w:bCs/>
          <w:sz w:val="24"/>
          <w:szCs w:val="24"/>
        </w:rPr>
        <w:t> </w:t>
      </w:r>
      <w:proofErr w:type="spellStart"/>
      <w:r w:rsidR="002E7A88" w:rsidRPr="00B6017A">
        <w:rPr>
          <w:rFonts w:asciiTheme="minorHAnsi" w:hAnsiTheme="minorHAnsi" w:cs="Times New Roman"/>
          <w:bCs/>
          <w:sz w:val="24"/>
          <w:szCs w:val="24"/>
        </w:rPr>
        <w:t>verzichten</w:t>
      </w:r>
      <w:proofErr w:type="spellEnd"/>
      <w:r w:rsidR="002E7A88" w:rsidRPr="00B6017A">
        <w:rPr>
          <w:rFonts w:asciiTheme="minorHAnsi" w:hAnsiTheme="minorHAnsi" w:cs="Times New Roman"/>
          <w:bCs/>
          <w:sz w:val="24"/>
          <w:szCs w:val="24"/>
        </w:rPr>
        <w:t>.  </w:t>
      </w:r>
    </w:p>
    <w:p w14:paraId="29C67B14" w14:textId="77777777" w:rsidR="00CE1AC8" w:rsidRPr="00B6017A" w:rsidRDefault="00CE1AC8" w:rsidP="003B305D">
      <w:pPr>
        <w:spacing w:after="0" w:line="240" w:lineRule="auto"/>
        <w:rPr>
          <w:rFonts w:asciiTheme="minorHAnsi" w:hAnsiTheme="minorHAnsi" w:cs="Times New Roman"/>
          <w:bCs/>
          <w:sz w:val="24"/>
          <w:szCs w:val="24"/>
        </w:rPr>
      </w:pPr>
    </w:p>
    <w:p w14:paraId="240530CA" w14:textId="77777777" w:rsidR="002E7A88" w:rsidRPr="00B6017A" w:rsidRDefault="002E7A88" w:rsidP="003B305D">
      <w:pPr>
        <w:spacing w:after="0" w:line="240" w:lineRule="auto"/>
        <w:rPr>
          <w:rFonts w:asciiTheme="minorHAnsi" w:hAnsiTheme="minorHAnsi" w:cs="Times New Roman"/>
          <w:bCs/>
          <w:sz w:val="24"/>
          <w:szCs w:val="24"/>
        </w:rPr>
      </w:pPr>
    </w:p>
    <w:p w14:paraId="4BD0FB68" w14:textId="00ABB8E7" w:rsidR="002E7A88" w:rsidRPr="00B6017A" w:rsidRDefault="002E7A88" w:rsidP="003B305D">
      <w:pPr>
        <w:spacing w:after="0" w:line="240" w:lineRule="auto"/>
        <w:rPr>
          <w:rFonts w:asciiTheme="minorHAnsi" w:hAnsiTheme="minorHAnsi" w:cs="Times New Roman"/>
          <w:bCs/>
          <w:sz w:val="24"/>
          <w:szCs w:val="24"/>
        </w:rPr>
      </w:pPr>
      <w:proofErr w:type="spellStart"/>
      <w:r w:rsidRPr="00B6017A">
        <w:rPr>
          <w:rFonts w:asciiTheme="minorHAnsi" w:hAnsiTheme="minorHAnsi" w:cs="Times New Roman"/>
          <w:bCs/>
          <w:sz w:val="24"/>
          <w:szCs w:val="24"/>
        </w:rPr>
        <w:t>Bedarf</w:t>
      </w:r>
      <w:proofErr w:type="spellEnd"/>
      <w:r w:rsidRPr="00B6017A">
        <w:rPr>
          <w:rFonts w:asciiTheme="minorHAnsi" w:hAnsiTheme="minorHAnsi" w:cs="Times New Roman"/>
          <w:bCs/>
          <w:sz w:val="24"/>
          <w:szCs w:val="24"/>
        </w:rPr>
        <w:t xml:space="preserve"> </w:t>
      </w:r>
      <w:r w:rsidR="00CE1AC8" w:rsidRPr="00B6017A">
        <w:rPr>
          <w:rFonts w:asciiTheme="minorHAnsi" w:hAnsiTheme="minorHAnsi" w:cs="Times New Roman"/>
          <w:bCs/>
          <w:sz w:val="24"/>
          <w:szCs w:val="24"/>
        </w:rPr>
        <w:t>an</w:t>
      </w:r>
      <w:r w:rsidRPr="00B6017A">
        <w:rPr>
          <w:rFonts w:asciiTheme="minorHAnsi" w:hAnsiTheme="minorHAnsi" w:cs="Times New Roman"/>
          <w:bCs/>
          <w:sz w:val="24"/>
          <w:szCs w:val="24"/>
        </w:rPr>
        <w:t xml:space="preserve"> </w:t>
      </w:r>
      <w:proofErr w:type="spellStart"/>
      <w:r w:rsidRPr="00B6017A">
        <w:rPr>
          <w:rFonts w:asciiTheme="minorHAnsi" w:hAnsiTheme="minorHAnsi" w:cs="Times New Roman"/>
          <w:bCs/>
          <w:sz w:val="24"/>
          <w:szCs w:val="24"/>
        </w:rPr>
        <w:t>Garagenplatz</w:t>
      </w:r>
      <w:proofErr w:type="spellEnd"/>
      <w:r w:rsidRPr="00B6017A">
        <w:rPr>
          <w:rFonts w:asciiTheme="minorHAnsi" w:hAnsiTheme="minorHAnsi" w:cs="Times New Roman"/>
          <w:bCs/>
          <w:sz w:val="24"/>
          <w:szCs w:val="24"/>
        </w:rPr>
        <w:t>:</w:t>
      </w:r>
      <w:r w:rsidRPr="00B6017A">
        <w:rPr>
          <w:rFonts w:asciiTheme="minorHAnsi" w:hAnsiTheme="minorHAnsi" w:cs="Times New Roman"/>
          <w:bCs/>
          <w:sz w:val="24"/>
          <w:szCs w:val="24"/>
        </w:rPr>
        <w:tab/>
      </w:r>
      <w:r w:rsidR="00CE1AC8" w:rsidRPr="00B6017A">
        <w:rPr>
          <w:rFonts w:asciiTheme="minorHAnsi" w:hAnsiTheme="minorHAnsi" w:cs="Times New Roman"/>
          <w:bCs/>
          <w:sz w:val="24"/>
          <w:szCs w:val="24"/>
        </w:rPr>
        <w:tab/>
      </w:r>
      <w:sdt>
        <w:sdtPr>
          <w:rPr>
            <w:rFonts w:asciiTheme="minorHAnsi" w:hAnsiTheme="minorHAnsi" w:cs="Times New Roman"/>
            <w:bCs/>
            <w:sz w:val="24"/>
            <w:szCs w:val="24"/>
          </w:rPr>
          <w:id w:val="-21061804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932D0" w:rsidRPr="00B6017A">
            <w:rPr>
              <w:rFonts w:ascii="Segoe UI Symbol" w:eastAsia="MS Gothic" w:hAnsi="Segoe UI Symbol" w:cs="Segoe UI Symbol"/>
              <w:bCs/>
              <w:sz w:val="24"/>
              <w:szCs w:val="24"/>
            </w:rPr>
            <w:t>☐</w:t>
          </w:r>
        </w:sdtContent>
      </w:sdt>
      <w:r w:rsidRPr="00B6017A">
        <w:rPr>
          <w:rFonts w:asciiTheme="minorHAnsi" w:hAnsiTheme="minorHAnsi" w:cs="Times New Roman"/>
          <w:bCs/>
          <w:sz w:val="24"/>
          <w:szCs w:val="24"/>
        </w:rPr>
        <w:t xml:space="preserve"> Ja</w:t>
      </w:r>
      <w:r w:rsidRPr="00B6017A">
        <w:rPr>
          <w:rFonts w:asciiTheme="minorHAnsi" w:hAnsiTheme="minorHAnsi" w:cs="Times New Roman"/>
          <w:bCs/>
          <w:sz w:val="24"/>
          <w:szCs w:val="24"/>
        </w:rPr>
        <w:tab/>
      </w:r>
      <w:r w:rsidRPr="00B6017A">
        <w:rPr>
          <w:rFonts w:asciiTheme="minorHAnsi" w:hAnsiTheme="minorHAnsi" w:cs="Times New Roman"/>
          <w:bCs/>
          <w:sz w:val="24"/>
          <w:szCs w:val="24"/>
        </w:rPr>
        <w:tab/>
      </w:r>
      <w:sdt>
        <w:sdtPr>
          <w:rPr>
            <w:rFonts w:asciiTheme="minorHAnsi" w:hAnsiTheme="minorHAnsi" w:cs="Times New Roman"/>
            <w:bCs/>
            <w:sz w:val="24"/>
            <w:szCs w:val="24"/>
          </w:rPr>
          <w:id w:val="15889589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4538" w:rsidRPr="00B6017A">
            <w:rPr>
              <w:rFonts w:ascii="Segoe UI Symbol" w:eastAsia="MS Gothic" w:hAnsi="Segoe UI Symbol" w:cs="Segoe UI Symbol"/>
              <w:bCs/>
              <w:sz w:val="24"/>
              <w:szCs w:val="24"/>
            </w:rPr>
            <w:t>☐</w:t>
          </w:r>
        </w:sdtContent>
      </w:sdt>
      <w:r w:rsidRPr="00B6017A">
        <w:rPr>
          <w:rFonts w:asciiTheme="minorHAnsi" w:hAnsiTheme="minorHAnsi" w:cs="Times New Roman"/>
          <w:bCs/>
          <w:sz w:val="24"/>
          <w:szCs w:val="24"/>
        </w:rPr>
        <w:t xml:space="preserve"> Nein</w:t>
      </w:r>
    </w:p>
    <w:p w14:paraId="2969C47F" w14:textId="77777777" w:rsidR="002E7A88" w:rsidRPr="00B6017A" w:rsidRDefault="002E7A88" w:rsidP="003B305D">
      <w:pPr>
        <w:spacing w:after="0" w:line="240" w:lineRule="auto"/>
        <w:rPr>
          <w:rFonts w:asciiTheme="minorHAnsi" w:hAnsiTheme="minorHAnsi" w:cs="Times New Roman"/>
          <w:bCs/>
          <w:sz w:val="24"/>
          <w:szCs w:val="24"/>
        </w:rPr>
      </w:pPr>
    </w:p>
    <w:p w14:paraId="046246B9" w14:textId="76CFC814" w:rsidR="002E7A88" w:rsidRPr="00B6017A" w:rsidRDefault="002E7A88" w:rsidP="003B305D">
      <w:pPr>
        <w:spacing w:after="0" w:line="240" w:lineRule="auto"/>
        <w:rPr>
          <w:rFonts w:asciiTheme="minorHAnsi" w:hAnsiTheme="minorHAnsi" w:cs="Times New Roman"/>
          <w:bCs/>
          <w:sz w:val="24"/>
          <w:szCs w:val="24"/>
        </w:rPr>
      </w:pPr>
      <w:proofErr w:type="spellStart"/>
      <w:r w:rsidRPr="00B6017A">
        <w:rPr>
          <w:rFonts w:asciiTheme="minorHAnsi" w:hAnsiTheme="minorHAnsi" w:cs="Times New Roman"/>
          <w:bCs/>
          <w:sz w:val="24"/>
          <w:szCs w:val="24"/>
        </w:rPr>
        <w:t>Automarke</w:t>
      </w:r>
      <w:proofErr w:type="spellEnd"/>
      <w:r w:rsidRPr="00B6017A">
        <w:rPr>
          <w:rFonts w:asciiTheme="minorHAnsi" w:hAnsiTheme="minorHAnsi" w:cs="Times New Roman"/>
          <w:bCs/>
          <w:sz w:val="24"/>
          <w:szCs w:val="24"/>
        </w:rPr>
        <w:t xml:space="preserve"> und </w:t>
      </w:r>
      <w:proofErr w:type="spellStart"/>
      <w:r w:rsidRPr="00B6017A">
        <w:rPr>
          <w:rFonts w:asciiTheme="minorHAnsi" w:hAnsiTheme="minorHAnsi" w:cs="Times New Roman"/>
          <w:bCs/>
          <w:sz w:val="24"/>
          <w:szCs w:val="24"/>
        </w:rPr>
        <w:t>Kennzeichen</w:t>
      </w:r>
      <w:proofErr w:type="spellEnd"/>
      <w:r w:rsidRPr="00B6017A">
        <w:rPr>
          <w:rFonts w:asciiTheme="minorHAnsi" w:hAnsiTheme="minorHAnsi" w:cs="Times New Roman"/>
          <w:bCs/>
          <w:sz w:val="24"/>
          <w:szCs w:val="24"/>
        </w:rPr>
        <w:t>:</w:t>
      </w:r>
      <w:r w:rsidRPr="00B6017A">
        <w:rPr>
          <w:rFonts w:asciiTheme="minorHAnsi" w:hAnsiTheme="minorHAnsi" w:cs="Times New Roman"/>
          <w:bCs/>
          <w:sz w:val="24"/>
          <w:szCs w:val="24"/>
        </w:rPr>
        <w:tab/>
      </w:r>
      <w:r w:rsidR="008932D0" w:rsidRPr="00B6017A">
        <w:rPr>
          <w:rFonts w:asciiTheme="minorHAnsi" w:hAnsiTheme="minorHAnsi" w:cs="Times New Roman"/>
          <w:bCs/>
          <w:sz w:val="24"/>
          <w:szCs w:val="24"/>
        </w:rPr>
        <w:tab/>
      </w:r>
      <w:sdt>
        <w:sdtPr>
          <w:rPr>
            <w:rFonts w:asciiTheme="minorHAnsi" w:hAnsiTheme="minorHAnsi" w:cs="Times New Roman"/>
            <w:bCs/>
            <w:sz w:val="24"/>
            <w:szCs w:val="24"/>
          </w:rPr>
          <w:id w:val="871892209"/>
          <w:placeholder>
            <w:docPart w:val="DefaultPlaceholder_-1854013440"/>
          </w:placeholder>
          <w:showingPlcHdr/>
          <w:text/>
        </w:sdtPr>
        <w:sdtContent>
          <w:r w:rsidR="008932D0" w:rsidRPr="00B6017A">
            <w:rPr>
              <w:rStyle w:val="Platzhaltertext"/>
              <w:rFonts w:asciiTheme="minorHAnsi" w:hAnsiTheme="minorHAnsi"/>
              <w:sz w:val="24"/>
              <w:szCs w:val="24"/>
            </w:rPr>
            <w:t>Klicken oder tippen Sie hier, um Text einzugeben.</w:t>
          </w:r>
        </w:sdtContent>
      </w:sdt>
    </w:p>
    <w:p w14:paraId="12973B7A" w14:textId="77777777" w:rsidR="002E7A88" w:rsidRPr="00B6017A" w:rsidRDefault="002E7A88" w:rsidP="003B305D">
      <w:pPr>
        <w:spacing w:after="0" w:line="240" w:lineRule="auto"/>
        <w:rPr>
          <w:rFonts w:asciiTheme="minorHAnsi" w:hAnsiTheme="minorHAnsi" w:cs="Times New Roman"/>
          <w:bCs/>
          <w:sz w:val="24"/>
          <w:szCs w:val="24"/>
        </w:rPr>
      </w:pPr>
    </w:p>
    <w:p w14:paraId="0F03B066" w14:textId="6EE7CACF" w:rsidR="00782D1A" w:rsidRPr="00B6017A" w:rsidRDefault="002E7A88" w:rsidP="003B305D">
      <w:pPr>
        <w:spacing w:after="0" w:line="240" w:lineRule="auto"/>
        <w:rPr>
          <w:rFonts w:asciiTheme="minorHAnsi" w:hAnsiTheme="minorHAnsi" w:cs="Times New Roman"/>
          <w:bCs/>
          <w:sz w:val="24"/>
          <w:szCs w:val="24"/>
        </w:rPr>
      </w:pPr>
      <w:proofErr w:type="spellStart"/>
      <w:r w:rsidRPr="00B6017A">
        <w:rPr>
          <w:rFonts w:asciiTheme="minorHAnsi" w:hAnsiTheme="minorHAnsi" w:cs="Times New Roman"/>
          <w:bCs/>
          <w:sz w:val="24"/>
          <w:szCs w:val="24"/>
        </w:rPr>
        <w:t>Gewünschte</w:t>
      </w:r>
      <w:proofErr w:type="spellEnd"/>
      <w:r w:rsidRPr="00B6017A">
        <w:rPr>
          <w:rFonts w:asciiTheme="minorHAnsi" w:hAnsiTheme="minorHAnsi" w:cs="Times New Roman"/>
          <w:bCs/>
          <w:sz w:val="24"/>
          <w:szCs w:val="24"/>
        </w:rPr>
        <w:t xml:space="preserve"> Anzahl Wochen:</w:t>
      </w:r>
      <w:r w:rsidR="008932D0" w:rsidRPr="00B6017A">
        <w:rPr>
          <w:rFonts w:asciiTheme="minorHAnsi" w:hAnsiTheme="minorHAnsi" w:cs="Times New Roman"/>
          <w:bCs/>
          <w:sz w:val="24"/>
          <w:szCs w:val="24"/>
        </w:rPr>
        <w:tab/>
      </w:r>
      <w:r w:rsidR="008932D0" w:rsidRPr="00B6017A">
        <w:rPr>
          <w:rFonts w:asciiTheme="minorHAnsi" w:hAnsiTheme="minorHAnsi" w:cs="Times New Roman"/>
          <w:bCs/>
          <w:sz w:val="24"/>
          <w:szCs w:val="24"/>
        </w:rPr>
        <w:tab/>
      </w:r>
      <w:sdt>
        <w:sdtPr>
          <w:rPr>
            <w:rFonts w:asciiTheme="minorHAnsi" w:hAnsiTheme="minorHAnsi" w:cs="Times New Roman"/>
            <w:bCs/>
            <w:sz w:val="24"/>
            <w:szCs w:val="24"/>
          </w:rPr>
          <w:id w:val="310913080"/>
          <w:placeholder>
            <w:docPart w:val="DefaultPlaceholder_-1854013440"/>
          </w:placeholder>
          <w:showingPlcHdr/>
          <w:text/>
        </w:sdtPr>
        <w:sdtContent>
          <w:r w:rsidR="008932D0" w:rsidRPr="00B6017A">
            <w:rPr>
              <w:rStyle w:val="Platzhaltertext"/>
              <w:rFonts w:asciiTheme="minorHAnsi" w:hAnsiTheme="minorHAnsi"/>
              <w:sz w:val="24"/>
              <w:szCs w:val="24"/>
            </w:rPr>
            <w:t>Klicken oder tippen Sie hier, um Text einzugeben.</w:t>
          </w:r>
        </w:sdtContent>
      </w:sdt>
    </w:p>
    <w:p w14:paraId="2C541105" w14:textId="77777777" w:rsidR="002E7A88" w:rsidRPr="00B6017A" w:rsidRDefault="002E7A88" w:rsidP="003B305D">
      <w:pPr>
        <w:spacing w:after="0" w:line="240" w:lineRule="auto"/>
        <w:rPr>
          <w:rFonts w:asciiTheme="minorHAnsi" w:hAnsiTheme="minorHAnsi" w:cs="Times New Roman"/>
          <w:bCs/>
          <w:sz w:val="24"/>
          <w:szCs w:val="24"/>
        </w:rPr>
      </w:pPr>
    </w:p>
    <w:p w14:paraId="7F6F62D0" w14:textId="69C47118" w:rsidR="002E7A88" w:rsidRDefault="002E7A88" w:rsidP="003B305D">
      <w:pPr>
        <w:spacing w:after="0" w:line="240" w:lineRule="auto"/>
        <w:rPr>
          <w:rFonts w:asciiTheme="minorHAnsi" w:hAnsiTheme="minorHAnsi" w:cs="Times New Roman"/>
          <w:bCs/>
          <w:sz w:val="24"/>
          <w:szCs w:val="24"/>
        </w:rPr>
      </w:pPr>
      <w:proofErr w:type="spellStart"/>
      <w:r w:rsidRPr="00B6017A">
        <w:rPr>
          <w:rFonts w:asciiTheme="minorHAnsi" w:hAnsiTheme="minorHAnsi" w:cs="Times New Roman"/>
          <w:bCs/>
          <w:sz w:val="24"/>
          <w:szCs w:val="24"/>
        </w:rPr>
        <w:t>Gewünschter</w:t>
      </w:r>
      <w:proofErr w:type="spellEnd"/>
      <w:r w:rsidRPr="00B6017A">
        <w:rPr>
          <w:rFonts w:asciiTheme="minorHAnsi" w:hAnsiTheme="minorHAnsi" w:cs="Times New Roman"/>
          <w:bCs/>
          <w:sz w:val="24"/>
          <w:szCs w:val="24"/>
        </w:rPr>
        <w:t xml:space="preserve"> Zeitraum:</w:t>
      </w:r>
      <w:r w:rsidR="008932D0" w:rsidRPr="00B6017A">
        <w:rPr>
          <w:rFonts w:asciiTheme="minorHAnsi" w:hAnsiTheme="minorHAnsi" w:cs="Times New Roman"/>
          <w:bCs/>
          <w:sz w:val="24"/>
          <w:szCs w:val="24"/>
        </w:rPr>
        <w:tab/>
      </w:r>
      <w:r w:rsidR="008932D0" w:rsidRPr="00B6017A">
        <w:rPr>
          <w:rFonts w:asciiTheme="minorHAnsi" w:hAnsiTheme="minorHAnsi" w:cs="Times New Roman"/>
          <w:bCs/>
          <w:sz w:val="24"/>
          <w:szCs w:val="24"/>
        </w:rPr>
        <w:tab/>
      </w:r>
      <w:r w:rsidR="008932D0" w:rsidRPr="00B6017A">
        <w:rPr>
          <w:rFonts w:asciiTheme="minorHAnsi" w:hAnsiTheme="minorHAnsi" w:cs="Times New Roman"/>
          <w:bCs/>
          <w:sz w:val="24"/>
          <w:szCs w:val="24"/>
        </w:rPr>
        <w:tab/>
      </w:r>
      <w:sdt>
        <w:sdtPr>
          <w:rPr>
            <w:rFonts w:asciiTheme="minorHAnsi" w:hAnsiTheme="minorHAnsi" w:cs="Times New Roman"/>
            <w:bCs/>
            <w:sz w:val="24"/>
            <w:szCs w:val="24"/>
          </w:rPr>
          <w:id w:val="259802290"/>
          <w:placeholder>
            <w:docPart w:val="DefaultPlaceholder_-1854013440"/>
          </w:placeholder>
          <w:showingPlcHdr/>
          <w:text/>
        </w:sdtPr>
        <w:sdtContent>
          <w:r w:rsidR="008932D0" w:rsidRPr="00B6017A">
            <w:rPr>
              <w:rStyle w:val="Platzhaltertext"/>
              <w:rFonts w:asciiTheme="minorHAnsi" w:hAnsiTheme="minorHAnsi"/>
              <w:sz w:val="24"/>
              <w:szCs w:val="24"/>
            </w:rPr>
            <w:t>Klicken oder tippen Sie hier, um Text einzugeben.</w:t>
          </w:r>
        </w:sdtContent>
      </w:sdt>
    </w:p>
    <w:p w14:paraId="4840429B" w14:textId="77777777" w:rsidR="00782D1A" w:rsidRPr="00B6017A" w:rsidRDefault="00782D1A" w:rsidP="003B305D">
      <w:pPr>
        <w:spacing w:after="0" w:line="240" w:lineRule="auto"/>
        <w:rPr>
          <w:rFonts w:asciiTheme="minorHAnsi" w:hAnsiTheme="minorHAnsi" w:cs="Times New Roman"/>
          <w:bCs/>
          <w:sz w:val="24"/>
          <w:szCs w:val="24"/>
        </w:rPr>
      </w:pPr>
    </w:p>
    <w:p w14:paraId="5ADBE299" w14:textId="77777777" w:rsidR="002E7A88" w:rsidRPr="00B6017A" w:rsidRDefault="002E7A88" w:rsidP="003B305D">
      <w:pPr>
        <w:spacing w:after="0" w:line="240" w:lineRule="auto"/>
        <w:rPr>
          <w:rFonts w:asciiTheme="minorHAnsi" w:hAnsiTheme="minorHAnsi" w:cs="Times New Roman"/>
          <w:bCs/>
          <w:sz w:val="24"/>
          <w:szCs w:val="24"/>
        </w:rPr>
      </w:pPr>
    </w:p>
    <w:p w14:paraId="136F2387" w14:textId="62B2B61A" w:rsidR="002E7A88" w:rsidRDefault="002E7A88" w:rsidP="003B305D">
      <w:pPr>
        <w:spacing w:after="0" w:line="240" w:lineRule="auto"/>
        <w:rPr>
          <w:rFonts w:asciiTheme="minorHAnsi" w:hAnsiTheme="minorHAnsi" w:cs="Times New Roman"/>
          <w:bCs/>
          <w:sz w:val="24"/>
          <w:szCs w:val="24"/>
        </w:rPr>
      </w:pPr>
      <w:proofErr w:type="spellStart"/>
      <w:r w:rsidRPr="00B6017A">
        <w:rPr>
          <w:rFonts w:asciiTheme="minorHAnsi" w:hAnsiTheme="minorHAnsi" w:cs="Times New Roman"/>
          <w:bCs/>
          <w:sz w:val="24"/>
          <w:szCs w:val="24"/>
        </w:rPr>
        <w:t>Besonderes</w:t>
      </w:r>
      <w:proofErr w:type="spellEnd"/>
      <w:r w:rsidRPr="00B6017A">
        <w:rPr>
          <w:rFonts w:asciiTheme="minorHAnsi" w:hAnsiTheme="minorHAnsi" w:cs="Times New Roman"/>
          <w:bCs/>
          <w:sz w:val="24"/>
          <w:szCs w:val="24"/>
        </w:rPr>
        <w:t>:</w:t>
      </w:r>
      <w:r w:rsidRPr="00B6017A">
        <w:rPr>
          <w:rFonts w:asciiTheme="minorHAnsi" w:hAnsiTheme="minorHAnsi" w:cs="Times New Roman"/>
          <w:bCs/>
          <w:sz w:val="24"/>
          <w:szCs w:val="24"/>
        </w:rPr>
        <w:tab/>
      </w:r>
      <w:r w:rsidR="008932D0" w:rsidRPr="00B6017A">
        <w:rPr>
          <w:rFonts w:asciiTheme="minorHAnsi" w:hAnsiTheme="minorHAnsi" w:cs="Times New Roman"/>
          <w:bCs/>
          <w:sz w:val="24"/>
          <w:szCs w:val="24"/>
        </w:rPr>
        <w:tab/>
      </w:r>
      <w:r w:rsidR="008932D0" w:rsidRPr="00B6017A">
        <w:rPr>
          <w:rFonts w:asciiTheme="minorHAnsi" w:hAnsiTheme="minorHAnsi" w:cs="Times New Roman"/>
          <w:bCs/>
          <w:sz w:val="24"/>
          <w:szCs w:val="24"/>
        </w:rPr>
        <w:tab/>
      </w:r>
      <w:r w:rsidR="008932D0" w:rsidRPr="00B6017A">
        <w:rPr>
          <w:rFonts w:asciiTheme="minorHAnsi" w:hAnsiTheme="minorHAnsi" w:cs="Times New Roman"/>
          <w:bCs/>
          <w:sz w:val="24"/>
          <w:szCs w:val="24"/>
        </w:rPr>
        <w:tab/>
      </w:r>
      <w:r w:rsidR="008932D0" w:rsidRPr="00B6017A">
        <w:rPr>
          <w:rFonts w:asciiTheme="minorHAnsi" w:hAnsiTheme="minorHAnsi" w:cs="Times New Roman"/>
          <w:bCs/>
          <w:sz w:val="24"/>
          <w:szCs w:val="24"/>
        </w:rPr>
        <w:tab/>
      </w:r>
      <w:sdt>
        <w:sdtPr>
          <w:rPr>
            <w:rFonts w:asciiTheme="minorHAnsi" w:hAnsiTheme="minorHAnsi" w:cs="Times New Roman"/>
            <w:bCs/>
            <w:sz w:val="24"/>
            <w:szCs w:val="24"/>
          </w:rPr>
          <w:id w:val="470104728"/>
          <w:placeholder>
            <w:docPart w:val="DefaultPlaceholder_-1854013440"/>
          </w:placeholder>
          <w:showingPlcHdr/>
          <w:text/>
        </w:sdtPr>
        <w:sdtContent>
          <w:r w:rsidR="008932D0" w:rsidRPr="00B6017A">
            <w:rPr>
              <w:rStyle w:val="Platzhaltertext"/>
              <w:rFonts w:asciiTheme="minorHAnsi" w:hAnsiTheme="minorHAnsi"/>
              <w:sz w:val="24"/>
              <w:szCs w:val="24"/>
            </w:rPr>
            <w:t>Klicken oder tippen Sie hier, um Text einzugeben.</w:t>
          </w:r>
        </w:sdtContent>
      </w:sdt>
    </w:p>
    <w:p w14:paraId="292CBD8B" w14:textId="77777777" w:rsidR="000E7F7E" w:rsidRPr="00B6017A" w:rsidRDefault="000E7F7E" w:rsidP="003B305D">
      <w:pPr>
        <w:spacing w:after="0" w:line="240" w:lineRule="auto"/>
        <w:rPr>
          <w:rFonts w:asciiTheme="minorHAnsi" w:hAnsiTheme="minorHAnsi" w:cs="Times New Roman"/>
          <w:bCs/>
          <w:sz w:val="24"/>
          <w:szCs w:val="24"/>
        </w:rPr>
      </w:pPr>
    </w:p>
    <w:p w14:paraId="716E9340" w14:textId="22975C8F" w:rsidR="002E7A88" w:rsidRPr="00B6017A" w:rsidRDefault="008932D0" w:rsidP="003B305D">
      <w:pPr>
        <w:spacing w:after="0" w:line="240" w:lineRule="auto"/>
        <w:rPr>
          <w:rFonts w:asciiTheme="minorHAnsi" w:hAnsiTheme="minorHAnsi" w:cs="Times New Roman"/>
          <w:bCs/>
          <w:sz w:val="24"/>
          <w:szCs w:val="24"/>
        </w:rPr>
      </w:pPr>
      <w:r w:rsidRPr="00B6017A">
        <w:rPr>
          <w:rFonts w:asciiTheme="minorHAnsi" w:hAnsiTheme="minorHAnsi" w:cs="Times New Roman"/>
          <w:bCs/>
          <w:sz w:val="24"/>
          <w:szCs w:val="24"/>
        </w:rPr>
        <w:tab/>
      </w:r>
      <w:r w:rsidRPr="00B6017A">
        <w:rPr>
          <w:rFonts w:asciiTheme="minorHAnsi" w:hAnsiTheme="minorHAnsi" w:cs="Times New Roman"/>
          <w:bCs/>
          <w:sz w:val="24"/>
          <w:szCs w:val="24"/>
        </w:rPr>
        <w:tab/>
      </w:r>
      <w:r w:rsidRPr="00B6017A">
        <w:rPr>
          <w:rFonts w:asciiTheme="minorHAnsi" w:hAnsiTheme="minorHAnsi" w:cs="Times New Roman"/>
          <w:bCs/>
          <w:sz w:val="24"/>
          <w:szCs w:val="24"/>
        </w:rPr>
        <w:tab/>
      </w:r>
      <w:r w:rsidRPr="00B6017A">
        <w:rPr>
          <w:rFonts w:asciiTheme="minorHAnsi" w:hAnsiTheme="minorHAnsi" w:cs="Times New Roman"/>
          <w:bCs/>
          <w:sz w:val="24"/>
          <w:szCs w:val="24"/>
        </w:rPr>
        <w:tab/>
      </w:r>
      <w:r w:rsidRPr="00B6017A">
        <w:rPr>
          <w:rFonts w:asciiTheme="minorHAnsi" w:hAnsiTheme="minorHAnsi" w:cs="Times New Roman"/>
          <w:bCs/>
          <w:sz w:val="24"/>
          <w:szCs w:val="24"/>
        </w:rPr>
        <w:tab/>
      </w:r>
      <w:r w:rsidRPr="00B6017A">
        <w:rPr>
          <w:rFonts w:asciiTheme="minorHAnsi" w:hAnsiTheme="minorHAnsi" w:cs="Times New Roman"/>
          <w:bCs/>
          <w:sz w:val="24"/>
          <w:szCs w:val="24"/>
        </w:rPr>
        <w:tab/>
      </w:r>
      <w:sdt>
        <w:sdtPr>
          <w:rPr>
            <w:rFonts w:asciiTheme="minorHAnsi" w:hAnsiTheme="minorHAnsi" w:cs="Times New Roman"/>
            <w:bCs/>
            <w:sz w:val="24"/>
            <w:szCs w:val="24"/>
          </w:rPr>
          <w:id w:val="1647089108"/>
          <w:placeholder>
            <w:docPart w:val="DefaultPlaceholder_-1854013440"/>
          </w:placeholder>
          <w:showingPlcHdr/>
          <w:text/>
        </w:sdtPr>
        <w:sdtContent>
          <w:r w:rsidRPr="00B6017A">
            <w:rPr>
              <w:rStyle w:val="Platzhaltertext"/>
              <w:rFonts w:asciiTheme="minorHAnsi" w:hAnsiTheme="minorHAnsi"/>
              <w:sz w:val="24"/>
              <w:szCs w:val="24"/>
            </w:rPr>
            <w:t>Klicken oder tippen Sie hier, um Text einzugeben.</w:t>
          </w:r>
        </w:sdtContent>
      </w:sdt>
    </w:p>
    <w:p w14:paraId="26FF6AF0" w14:textId="77777777" w:rsidR="004265ED" w:rsidRPr="00B6017A" w:rsidRDefault="004265ED" w:rsidP="003B305D">
      <w:pPr>
        <w:spacing w:after="0" w:line="240" w:lineRule="auto"/>
        <w:rPr>
          <w:rFonts w:asciiTheme="minorHAnsi" w:hAnsiTheme="minorHAnsi" w:cs="Times New Roman"/>
          <w:bCs/>
          <w:sz w:val="24"/>
          <w:szCs w:val="24"/>
        </w:rPr>
      </w:pPr>
    </w:p>
    <w:p w14:paraId="648EA6E7" w14:textId="139007A3" w:rsidR="00CE1AC8" w:rsidRPr="00B6017A" w:rsidRDefault="008932D0" w:rsidP="003B305D">
      <w:pPr>
        <w:spacing w:after="0" w:line="240" w:lineRule="auto"/>
        <w:rPr>
          <w:rFonts w:asciiTheme="minorHAnsi" w:hAnsiTheme="minorHAnsi" w:cs="Times New Roman"/>
          <w:bCs/>
          <w:sz w:val="24"/>
          <w:szCs w:val="24"/>
        </w:rPr>
      </w:pPr>
      <w:r w:rsidRPr="00B6017A">
        <w:rPr>
          <w:rFonts w:asciiTheme="minorHAnsi" w:hAnsiTheme="minorHAnsi" w:cs="Times New Roman"/>
          <w:bCs/>
          <w:sz w:val="24"/>
          <w:szCs w:val="24"/>
        </w:rPr>
        <w:tab/>
      </w:r>
      <w:r w:rsidRPr="00B6017A">
        <w:rPr>
          <w:rFonts w:asciiTheme="minorHAnsi" w:hAnsiTheme="minorHAnsi" w:cs="Times New Roman"/>
          <w:bCs/>
          <w:sz w:val="24"/>
          <w:szCs w:val="24"/>
        </w:rPr>
        <w:tab/>
      </w:r>
      <w:r w:rsidRPr="00B6017A">
        <w:rPr>
          <w:rFonts w:asciiTheme="minorHAnsi" w:hAnsiTheme="minorHAnsi" w:cs="Times New Roman"/>
          <w:bCs/>
          <w:sz w:val="24"/>
          <w:szCs w:val="24"/>
        </w:rPr>
        <w:tab/>
      </w:r>
      <w:r w:rsidRPr="00B6017A">
        <w:rPr>
          <w:rFonts w:asciiTheme="minorHAnsi" w:hAnsiTheme="minorHAnsi" w:cs="Times New Roman"/>
          <w:bCs/>
          <w:sz w:val="24"/>
          <w:szCs w:val="24"/>
        </w:rPr>
        <w:tab/>
      </w:r>
      <w:r w:rsidRPr="00B6017A">
        <w:rPr>
          <w:rFonts w:asciiTheme="minorHAnsi" w:hAnsiTheme="minorHAnsi" w:cs="Times New Roman"/>
          <w:bCs/>
          <w:sz w:val="24"/>
          <w:szCs w:val="24"/>
        </w:rPr>
        <w:tab/>
      </w:r>
      <w:r w:rsidRPr="00B6017A">
        <w:rPr>
          <w:rFonts w:asciiTheme="minorHAnsi" w:hAnsiTheme="minorHAnsi" w:cs="Times New Roman"/>
          <w:bCs/>
          <w:sz w:val="24"/>
          <w:szCs w:val="24"/>
        </w:rPr>
        <w:tab/>
      </w:r>
      <w:sdt>
        <w:sdtPr>
          <w:rPr>
            <w:rFonts w:asciiTheme="minorHAnsi" w:hAnsiTheme="minorHAnsi" w:cs="Times New Roman"/>
            <w:bCs/>
            <w:sz w:val="24"/>
            <w:szCs w:val="24"/>
          </w:rPr>
          <w:id w:val="-966348654"/>
          <w:placeholder>
            <w:docPart w:val="DefaultPlaceholder_-1854013440"/>
          </w:placeholder>
          <w:showingPlcHdr/>
          <w:text/>
        </w:sdtPr>
        <w:sdtContent>
          <w:r w:rsidRPr="00B6017A">
            <w:rPr>
              <w:rStyle w:val="Platzhaltertext"/>
              <w:rFonts w:asciiTheme="minorHAnsi" w:hAnsiTheme="minorHAnsi"/>
              <w:sz w:val="24"/>
              <w:szCs w:val="24"/>
            </w:rPr>
            <w:t>Klicken oder tippen Sie hier, um Text einzugeben.</w:t>
          </w:r>
        </w:sdtContent>
      </w:sdt>
    </w:p>
    <w:p w14:paraId="003D297D" w14:textId="77777777" w:rsidR="004265ED" w:rsidRPr="00B6017A" w:rsidRDefault="004265ED" w:rsidP="003B305D">
      <w:pPr>
        <w:spacing w:after="0" w:line="240" w:lineRule="auto"/>
        <w:rPr>
          <w:rFonts w:asciiTheme="minorHAnsi" w:hAnsiTheme="minorHAnsi" w:cs="Times New Roman"/>
          <w:bCs/>
          <w:sz w:val="24"/>
          <w:szCs w:val="24"/>
        </w:rPr>
      </w:pPr>
    </w:p>
    <w:p w14:paraId="0EA5F2E2" w14:textId="02F5D0FF" w:rsidR="008932D0" w:rsidRPr="00B6017A" w:rsidRDefault="008932D0" w:rsidP="003B305D">
      <w:pPr>
        <w:spacing w:after="0" w:line="240" w:lineRule="auto"/>
        <w:rPr>
          <w:rFonts w:asciiTheme="minorHAnsi" w:hAnsiTheme="minorHAnsi" w:cs="Times New Roman"/>
          <w:bCs/>
          <w:sz w:val="24"/>
          <w:szCs w:val="24"/>
        </w:rPr>
      </w:pPr>
      <w:r w:rsidRPr="00B6017A">
        <w:rPr>
          <w:rFonts w:asciiTheme="minorHAnsi" w:hAnsiTheme="minorHAnsi" w:cs="Times New Roman"/>
          <w:bCs/>
          <w:sz w:val="24"/>
          <w:szCs w:val="24"/>
        </w:rPr>
        <w:tab/>
      </w:r>
      <w:r w:rsidRPr="00B6017A">
        <w:rPr>
          <w:rFonts w:asciiTheme="minorHAnsi" w:hAnsiTheme="minorHAnsi" w:cs="Times New Roman"/>
          <w:bCs/>
          <w:sz w:val="24"/>
          <w:szCs w:val="24"/>
        </w:rPr>
        <w:tab/>
      </w:r>
      <w:r w:rsidRPr="00B6017A">
        <w:rPr>
          <w:rFonts w:asciiTheme="minorHAnsi" w:hAnsiTheme="minorHAnsi" w:cs="Times New Roman"/>
          <w:bCs/>
          <w:sz w:val="24"/>
          <w:szCs w:val="24"/>
        </w:rPr>
        <w:tab/>
      </w:r>
      <w:r w:rsidRPr="00B6017A">
        <w:rPr>
          <w:rFonts w:asciiTheme="minorHAnsi" w:hAnsiTheme="minorHAnsi" w:cs="Times New Roman"/>
          <w:bCs/>
          <w:sz w:val="24"/>
          <w:szCs w:val="24"/>
        </w:rPr>
        <w:tab/>
      </w:r>
      <w:r w:rsidRPr="00B6017A">
        <w:rPr>
          <w:rFonts w:asciiTheme="minorHAnsi" w:hAnsiTheme="minorHAnsi" w:cs="Times New Roman"/>
          <w:bCs/>
          <w:sz w:val="24"/>
          <w:szCs w:val="24"/>
        </w:rPr>
        <w:tab/>
      </w:r>
      <w:r w:rsidRPr="00B6017A">
        <w:rPr>
          <w:rFonts w:asciiTheme="minorHAnsi" w:hAnsiTheme="minorHAnsi" w:cs="Times New Roman"/>
          <w:bCs/>
          <w:sz w:val="24"/>
          <w:szCs w:val="24"/>
        </w:rPr>
        <w:tab/>
      </w:r>
      <w:sdt>
        <w:sdtPr>
          <w:rPr>
            <w:rFonts w:asciiTheme="minorHAnsi" w:hAnsiTheme="minorHAnsi" w:cs="Times New Roman"/>
            <w:bCs/>
            <w:sz w:val="24"/>
            <w:szCs w:val="24"/>
          </w:rPr>
          <w:id w:val="1055427126"/>
          <w:placeholder>
            <w:docPart w:val="DefaultPlaceholder_-1854013440"/>
          </w:placeholder>
          <w:showingPlcHdr/>
          <w:text/>
        </w:sdtPr>
        <w:sdtContent>
          <w:r w:rsidRPr="00B6017A">
            <w:rPr>
              <w:rStyle w:val="Platzhaltertext"/>
              <w:rFonts w:asciiTheme="minorHAnsi" w:hAnsiTheme="minorHAnsi"/>
              <w:sz w:val="24"/>
              <w:szCs w:val="24"/>
            </w:rPr>
            <w:t>Klicken oder tippen Sie hier, um Text einzugeben.</w:t>
          </w:r>
        </w:sdtContent>
      </w:sdt>
    </w:p>
    <w:p w14:paraId="43C67594" w14:textId="77777777" w:rsidR="008932D0" w:rsidRPr="00B6017A" w:rsidRDefault="008932D0" w:rsidP="002E7A88">
      <w:pPr>
        <w:spacing w:after="0" w:line="240" w:lineRule="auto"/>
        <w:rPr>
          <w:rFonts w:asciiTheme="minorHAnsi" w:hAnsiTheme="minorHAnsi" w:cs="Times New Roman"/>
          <w:b/>
          <w:sz w:val="24"/>
          <w:szCs w:val="24"/>
          <w:lang w:val="de-CH"/>
        </w:rPr>
      </w:pPr>
    </w:p>
    <w:p w14:paraId="31314770" w14:textId="77777777" w:rsidR="008932D0" w:rsidRPr="00B6017A" w:rsidRDefault="008932D0" w:rsidP="002E7A88">
      <w:pPr>
        <w:spacing w:after="0" w:line="240" w:lineRule="auto"/>
        <w:rPr>
          <w:rFonts w:asciiTheme="minorHAnsi" w:hAnsiTheme="minorHAnsi" w:cs="Times New Roman"/>
          <w:b/>
          <w:sz w:val="24"/>
          <w:szCs w:val="24"/>
          <w:lang w:val="de-CH"/>
        </w:rPr>
      </w:pPr>
    </w:p>
    <w:p w14:paraId="2D214D9C" w14:textId="5807A0D3" w:rsidR="002E7A88" w:rsidRPr="00B6017A" w:rsidRDefault="00CE1AC8" w:rsidP="002E7A88">
      <w:pPr>
        <w:spacing w:after="0" w:line="240" w:lineRule="auto"/>
        <w:rPr>
          <w:rFonts w:asciiTheme="minorHAnsi" w:hAnsiTheme="minorHAnsi" w:cs="Times New Roman"/>
          <w:b/>
          <w:sz w:val="24"/>
          <w:szCs w:val="24"/>
          <w:lang w:val="de-CH"/>
        </w:rPr>
      </w:pPr>
      <w:r w:rsidRPr="00B6017A">
        <w:rPr>
          <w:rFonts w:asciiTheme="minorHAnsi" w:hAnsiTheme="minorHAnsi" w:cs="Times New Roman"/>
          <w:b/>
          <w:sz w:val="24"/>
          <w:szCs w:val="24"/>
          <w:lang w:val="de-CH"/>
        </w:rPr>
        <w:t>ALLGEMEINE GEBÜHR</w:t>
      </w:r>
      <w:r w:rsidR="002E7A88" w:rsidRPr="00B6017A">
        <w:rPr>
          <w:rFonts w:asciiTheme="minorHAnsi" w:hAnsiTheme="minorHAnsi" w:cs="Times New Roman"/>
          <w:b/>
          <w:sz w:val="24"/>
          <w:szCs w:val="24"/>
          <w:lang w:val="de-CH"/>
        </w:rPr>
        <w:t xml:space="preserve">  </w:t>
      </w:r>
    </w:p>
    <w:p w14:paraId="36548DA9" w14:textId="01AFEA9D" w:rsidR="002E7A88" w:rsidRPr="00B6017A" w:rsidRDefault="002E7A88" w:rsidP="002E7A88">
      <w:pPr>
        <w:spacing w:after="0" w:line="240" w:lineRule="auto"/>
        <w:rPr>
          <w:rFonts w:asciiTheme="minorHAnsi" w:hAnsiTheme="minorHAnsi" w:cs="Times New Roman"/>
          <w:bCs/>
          <w:sz w:val="24"/>
          <w:szCs w:val="24"/>
          <w:lang w:val="de-CH"/>
        </w:rPr>
      </w:pPr>
    </w:p>
    <w:p w14:paraId="64CB53F3" w14:textId="5BAA1062" w:rsidR="002E7A88" w:rsidRPr="00B6017A" w:rsidRDefault="00000000" w:rsidP="002E7A88">
      <w:pPr>
        <w:spacing w:after="0" w:line="240" w:lineRule="auto"/>
        <w:ind w:left="720" w:hanging="720"/>
        <w:rPr>
          <w:rFonts w:asciiTheme="minorHAnsi" w:hAnsiTheme="minorHAnsi" w:cs="Times New Roman"/>
          <w:bCs/>
          <w:sz w:val="24"/>
          <w:szCs w:val="24"/>
          <w:lang w:val="de-CH"/>
        </w:rPr>
      </w:pPr>
      <w:sdt>
        <w:sdtPr>
          <w:rPr>
            <w:rFonts w:asciiTheme="minorHAnsi" w:hAnsiTheme="minorHAnsi" w:cs="Times New Roman"/>
            <w:bCs/>
            <w:sz w:val="24"/>
            <w:szCs w:val="24"/>
            <w:lang w:val="de-CH"/>
          </w:rPr>
          <w:id w:val="12633469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932D0" w:rsidRPr="00B6017A">
            <w:rPr>
              <w:rFonts w:ascii="Segoe UI Symbol" w:eastAsia="MS Gothic" w:hAnsi="Segoe UI Symbol" w:cs="Segoe UI Symbol"/>
              <w:bCs/>
              <w:sz w:val="24"/>
              <w:szCs w:val="24"/>
              <w:lang w:val="de-CH"/>
            </w:rPr>
            <w:t>☐</w:t>
          </w:r>
        </w:sdtContent>
      </w:sdt>
      <w:r w:rsidR="002E7A88" w:rsidRPr="00B6017A">
        <w:rPr>
          <w:rFonts w:asciiTheme="minorHAnsi" w:hAnsiTheme="minorHAnsi" w:cs="Times New Roman"/>
          <w:bCs/>
          <w:sz w:val="24"/>
          <w:szCs w:val="24"/>
          <w:lang w:val="de-CH"/>
        </w:rPr>
        <w:tab/>
        <w:t>Ja, ich nehme zur Kenntnis, dass ich für meinen Stipendienaufenthalt eine Allgemeine Gebühr über Euro 250.00</w:t>
      </w:r>
      <w:r w:rsidR="00021042" w:rsidRPr="00B6017A">
        <w:rPr>
          <w:rFonts w:asciiTheme="minorHAnsi" w:hAnsiTheme="minorHAnsi" w:cs="Times New Roman"/>
          <w:bCs/>
          <w:sz w:val="24"/>
          <w:szCs w:val="24"/>
          <w:lang w:val="de-CH"/>
        </w:rPr>
        <w:t xml:space="preserve"> in bar</w:t>
      </w:r>
      <w:r w:rsidR="002E7A88" w:rsidRPr="00B6017A">
        <w:rPr>
          <w:rFonts w:asciiTheme="minorHAnsi" w:hAnsiTheme="minorHAnsi" w:cs="Times New Roman"/>
          <w:bCs/>
          <w:sz w:val="24"/>
          <w:szCs w:val="24"/>
          <w:lang w:val="de-CH"/>
        </w:rPr>
        <w:t xml:space="preserve"> zu entrichten habe und bin damit einverstanden.</w:t>
      </w:r>
    </w:p>
    <w:p w14:paraId="48B9FFA3" w14:textId="77777777" w:rsidR="002E7A88" w:rsidRPr="00B6017A" w:rsidRDefault="002E7A88" w:rsidP="003B305D">
      <w:pPr>
        <w:spacing w:after="0" w:line="240" w:lineRule="auto"/>
        <w:rPr>
          <w:rFonts w:asciiTheme="minorHAnsi" w:hAnsiTheme="minorHAnsi" w:cs="Times New Roman"/>
          <w:bCs/>
          <w:sz w:val="24"/>
          <w:szCs w:val="24"/>
          <w:lang w:val="de-CH"/>
        </w:rPr>
      </w:pPr>
    </w:p>
    <w:p w14:paraId="4C7BF507" w14:textId="77777777" w:rsidR="002E7A88" w:rsidRPr="00B6017A" w:rsidRDefault="002E7A88" w:rsidP="003B305D">
      <w:pPr>
        <w:spacing w:after="0" w:line="240" w:lineRule="auto"/>
        <w:rPr>
          <w:rFonts w:asciiTheme="minorHAnsi" w:hAnsiTheme="minorHAnsi" w:cs="Times New Roman"/>
          <w:bCs/>
          <w:sz w:val="24"/>
          <w:szCs w:val="24"/>
          <w:lang w:val="de-CH"/>
        </w:rPr>
      </w:pPr>
    </w:p>
    <w:p w14:paraId="50B42B57" w14:textId="32175840" w:rsidR="002E7A88" w:rsidRPr="00B6017A" w:rsidRDefault="002E7A88" w:rsidP="002E7A88">
      <w:pPr>
        <w:spacing w:after="0" w:line="240" w:lineRule="auto"/>
        <w:rPr>
          <w:rFonts w:asciiTheme="minorHAnsi" w:hAnsiTheme="minorHAnsi" w:cs="Times New Roman"/>
          <w:bCs/>
          <w:sz w:val="24"/>
          <w:szCs w:val="24"/>
          <w:lang w:val="de-CH"/>
        </w:rPr>
      </w:pPr>
      <w:r w:rsidRPr="00B6017A">
        <w:rPr>
          <w:rFonts w:asciiTheme="minorHAnsi" w:hAnsiTheme="minorHAnsi" w:cs="Times New Roman"/>
          <w:bCs/>
          <w:sz w:val="24"/>
          <w:szCs w:val="24"/>
          <w:lang w:val="de-CH"/>
        </w:rPr>
        <w:t>Bitte die folgenden Unterlagen als Beilage einsenden:</w:t>
      </w:r>
    </w:p>
    <w:p w14:paraId="2AEF7C60" w14:textId="09877552" w:rsidR="002E7A88" w:rsidRPr="00B6017A" w:rsidRDefault="002E7A88" w:rsidP="002E7A88">
      <w:pPr>
        <w:numPr>
          <w:ilvl w:val="0"/>
          <w:numId w:val="12"/>
        </w:numPr>
        <w:spacing w:after="0" w:line="240" w:lineRule="auto"/>
        <w:rPr>
          <w:rFonts w:asciiTheme="minorHAnsi" w:hAnsiTheme="minorHAnsi" w:cs="Times New Roman"/>
          <w:bCs/>
          <w:sz w:val="24"/>
          <w:szCs w:val="24"/>
          <w:lang w:val="de-CH"/>
        </w:rPr>
      </w:pPr>
      <w:r w:rsidRPr="00B6017A">
        <w:rPr>
          <w:rFonts w:asciiTheme="minorHAnsi" w:hAnsiTheme="minorHAnsi" w:cs="Times New Roman"/>
          <w:bCs/>
          <w:sz w:val="24"/>
          <w:szCs w:val="24"/>
          <w:lang w:val="de-CH"/>
        </w:rPr>
        <w:t xml:space="preserve">Warum </w:t>
      </w:r>
      <w:r w:rsidR="00CF2BCC">
        <w:rPr>
          <w:rFonts w:asciiTheme="minorHAnsi" w:hAnsiTheme="minorHAnsi" w:cs="Times New Roman"/>
          <w:bCs/>
          <w:sz w:val="24"/>
          <w:szCs w:val="24"/>
          <w:lang w:val="de-CH"/>
        </w:rPr>
        <w:t>i</w:t>
      </w:r>
      <w:r w:rsidRPr="00B6017A">
        <w:rPr>
          <w:rFonts w:asciiTheme="minorHAnsi" w:hAnsiTheme="minorHAnsi" w:cs="Times New Roman"/>
          <w:bCs/>
          <w:sz w:val="24"/>
          <w:szCs w:val="24"/>
          <w:lang w:val="de-CH"/>
        </w:rPr>
        <w:t>st Ihnen dieses Projekt wichtig? (maximal 1 Normseite)</w:t>
      </w:r>
    </w:p>
    <w:p w14:paraId="40834B90" w14:textId="77777777" w:rsidR="002E7A88" w:rsidRPr="00B6017A" w:rsidRDefault="002E7A88" w:rsidP="002E7A88">
      <w:pPr>
        <w:numPr>
          <w:ilvl w:val="0"/>
          <w:numId w:val="12"/>
        </w:numPr>
        <w:spacing w:after="0" w:line="240" w:lineRule="auto"/>
        <w:rPr>
          <w:rFonts w:asciiTheme="minorHAnsi" w:hAnsiTheme="minorHAnsi" w:cs="Times New Roman"/>
          <w:bCs/>
          <w:sz w:val="24"/>
          <w:szCs w:val="24"/>
          <w:lang w:val="de-CH"/>
        </w:rPr>
      </w:pPr>
      <w:r w:rsidRPr="00B6017A">
        <w:rPr>
          <w:rFonts w:asciiTheme="minorHAnsi" w:hAnsiTheme="minorHAnsi" w:cs="Times New Roman"/>
          <w:bCs/>
          <w:sz w:val="24"/>
          <w:szCs w:val="24"/>
          <w:lang w:val="de-CH"/>
        </w:rPr>
        <w:t>Worin sehen Sie den Bezug zu Menschenrechten? (maximal 1 Normseite)</w:t>
      </w:r>
    </w:p>
    <w:p w14:paraId="07F6A13E" w14:textId="3D1AA26E" w:rsidR="002E7A88" w:rsidRPr="00B6017A" w:rsidRDefault="002E7A88" w:rsidP="002E7A88">
      <w:pPr>
        <w:numPr>
          <w:ilvl w:val="0"/>
          <w:numId w:val="12"/>
        </w:numPr>
        <w:spacing w:after="0" w:line="240" w:lineRule="auto"/>
        <w:rPr>
          <w:rFonts w:asciiTheme="minorHAnsi" w:hAnsiTheme="minorHAnsi" w:cs="Times New Roman"/>
          <w:bCs/>
          <w:sz w:val="24"/>
          <w:szCs w:val="24"/>
          <w:lang w:val="de-CH"/>
        </w:rPr>
      </w:pPr>
      <w:r w:rsidRPr="00B6017A">
        <w:rPr>
          <w:rFonts w:asciiTheme="minorHAnsi" w:hAnsiTheme="minorHAnsi" w:cs="Times New Roman"/>
          <w:bCs/>
          <w:sz w:val="24"/>
          <w:szCs w:val="24"/>
          <w:lang w:val="de-CH"/>
        </w:rPr>
        <w:t>Kurze inhaltliche Beschreibung Ihres Projektes (</w:t>
      </w:r>
      <w:r w:rsidR="00C000D6">
        <w:rPr>
          <w:rFonts w:asciiTheme="minorHAnsi" w:hAnsiTheme="minorHAnsi" w:cs="Times New Roman"/>
          <w:bCs/>
          <w:sz w:val="24"/>
          <w:szCs w:val="24"/>
          <w:lang w:val="de-CH"/>
        </w:rPr>
        <w:t>m</w:t>
      </w:r>
      <w:r w:rsidRPr="00B6017A">
        <w:rPr>
          <w:rFonts w:asciiTheme="minorHAnsi" w:hAnsiTheme="minorHAnsi" w:cs="Times New Roman"/>
          <w:bCs/>
          <w:sz w:val="24"/>
          <w:szCs w:val="24"/>
          <w:lang w:val="de-CH"/>
        </w:rPr>
        <w:t>aximal 1 Normseite)</w:t>
      </w:r>
    </w:p>
    <w:p w14:paraId="1B947768" w14:textId="476B25CE" w:rsidR="002E7A88" w:rsidRPr="00B6017A" w:rsidRDefault="002E7A88" w:rsidP="002E7A88">
      <w:pPr>
        <w:numPr>
          <w:ilvl w:val="0"/>
          <w:numId w:val="12"/>
        </w:numPr>
        <w:spacing w:after="0" w:line="240" w:lineRule="auto"/>
        <w:rPr>
          <w:rFonts w:asciiTheme="minorHAnsi" w:hAnsiTheme="minorHAnsi" w:cs="Times New Roman"/>
          <w:bCs/>
          <w:sz w:val="24"/>
          <w:szCs w:val="24"/>
          <w:lang w:val="de-CH"/>
        </w:rPr>
      </w:pPr>
      <w:r w:rsidRPr="00B6017A">
        <w:rPr>
          <w:rFonts w:asciiTheme="minorHAnsi" w:hAnsiTheme="minorHAnsi" w:cs="Times New Roman"/>
          <w:bCs/>
          <w:sz w:val="24"/>
          <w:szCs w:val="24"/>
          <w:lang w:val="de-CH"/>
        </w:rPr>
        <w:t>Kurze biographische Angaben zur gesuchstellenden Person (maximal 2 Normseiten)</w:t>
      </w:r>
    </w:p>
    <w:p w14:paraId="3E44E69C" w14:textId="4F063363" w:rsidR="003B305D" w:rsidRDefault="002E7A88" w:rsidP="004A7DFA">
      <w:pPr>
        <w:numPr>
          <w:ilvl w:val="0"/>
          <w:numId w:val="12"/>
        </w:numPr>
        <w:spacing w:after="0" w:line="240" w:lineRule="auto"/>
        <w:rPr>
          <w:rFonts w:asciiTheme="minorHAnsi" w:hAnsiTheme="minorHAnsi" w:cs="Times New Roman"/>
          <w:bCs/>
          <w:sz w:val="24"/>
          <w:szCs w:val="24"/>
          <w:lang w:val="de-CH"/>
        </w:rPr>
      </w:pPr>
      <w:r w:rsidRPr="00B6017A">
        <w:rPr>
          <w:rFonts w:asciiTheme="minorHAnsi" w:hAnsiTheme="minorHAnsi" w:cs="Times New Roman"/>
          <w:bCs/>
          <w:sz w:val="24"/>
          <w:szCs w:val="24"/>
          <w:lang w:val="de-CH"/>
        </w:rPr>
        <w:t>Textprobe (</w:t>
      </w:r>
      <w:r w:rsidR="00C000D6">
        <w:rPr>
          <w:rFonts w:asciiTheme="minorHAnsi" w:hAnsiTheme="minorHAnsi" w:cs="Times New Roman"/>
          <w:bCs/>
          <w:sz w:val="24"/>
          <w:szCs w:val="24"/>
          <w:lang w:val="de-CH"/>
        </w:rPr>
        <w:t>m</w:t>
      </w:r>
      <w:r w:rsidRPr="00B6017A">
        <w:rPr>
          <w:rFonts w:asciiTheme="minorHAnsi" w:hAnsiTheme="minorHAnsi" w:cs="Times New Roman"/>
          <w:bCs/>
          <w:sz w:val="24"/>
          <w:szCs w:val="24"/>
          <w:lang w:val="de-CH"/>
        </w:rPr>
        <w:t>aximal 10 Normseiten)</w:t>
      </w:r>
    </w:p>
    <w:p w14:paraId="053B2ABB" w14:textId="77777777" w:rsidR="008B484E" w:rsidRDefault="008B484E" w:rsidP="008B484E">
      <w:pPr>
        <w:spacing w:after="0" w:line="240" w:lineRule="auto"/>
        <w:rPr>
          <w:rFonts w:asciiTheme="minorHAnsi" w:hAnsiTheme="minorHAnsi" w:cs="Times New Roman"/>
          <w:bCs/>
          <w:sz w:val="24"/>
          <w:szCs w:val="24"/>
          <w:lang w:val="de-CH"/>
        </w:rPr>
      </w:pPr>
    </w:p>
    <w:p w14:paraId="17187B85" w14:textId="77777777" w:rsidR="008B484E" w:rsidRDefault="008B484E" w:rsidP="008B484E">
      <w:pPr>
        <w:spacing w:after="0" w:line="240" w:lineRule="auto"/>
        <w:rPr>
          <w:rFonts w:asciiTheme="minorHAnsi" w:hAnsiTheme="minorHAnsi" w:cs="Times New Roman"/>
          <w:bCs/>
          <w:sz w:val="24"/>
          <w:szCs w:val="24"/>
          <w:lang w:val="de-CH"/>
        </w:rPr>
      </w:pPr>
    </w:p>
    <w:p w14:paraId="5C161EC9" w14:textId="4741C791" w:rsidR="008B484E" w:rsidRPr="00F755F0" w:rsidRDefault="008B484E" w:rsidP="008B484E">
      <w:pPr>
        <w:spacing w:after="0" w:line="240" w:lineRule="auto"/>
        <w:rPr>
          <w:rFonts w:asciiTheme="minorHAnsi" w:hAnsiTheme="minorHAnsi" w:cs="Times New Roman"/>
          <w:bCs/>
          <w:sz w:val="24"/>
          <w:szCs w:val="24"/>
          <w:lang w:val="de-CH"/>
        </w:rPr>
      </w:pPr>
      <w:r>
        <w:rPr>
          <w:rFonts w:asciiTheme="minorHAnsi" w:hAnsiTheme="minorHAnsi" w:cs="Times New Roman"/>
          <w:bCs/>
          <w:sz w:val="24"/>
          <w:szCs w:val="24"/>
          <w:lang w:val="de-CH"/>
        </w:rPr>
        <w:t xml:space="preserve">Schicken mit allen Beilagen bitte an: SGEMKO, </w:t>
      </w:r>
      <w:proofErr w:type="spellStart"/>
      <w:r>
        <w:rPr>
          <w:rFonts w:asciiTheme="minorHAnsi" w:hAnsiTheme="minorHAnsi" w:cs="Times New Roman"/>
          <w:bCs/>
          <w:sz w:val="24"/>
          <w:szCs w:val="24"/>
          <w:lang w:val="de-CH"/>
        </w:rPr>
        <w:t>Iselisberg</w:t>
      </w:r>
      <w:proofErr w:type="spellEnd"/>
      <w:r>
        <w:rPr>
          <w:rFonts w:asciiTheme="minorHAnsi" w:hAnsiTheme="minorHAnsi" w:cs="Times New Roman"/>
          <w:bCs/>
          <w:sz w:val="24"/>
          <w:szCs w:val="24"/>
          <w:lang w:val="de-CH"/>
        </w:rPr>
        <w:t xml:space="preserve"> 14, CH-8524 </w:t>
      </w:r>
      <w:proofErr w:type="spellStart"/>
      <w:r>
        <w:rPr>
          <w:rFonts w:asciiTheme="minorHAnsi" w:hAnsiTheme="minorHAnsi" w:cs="Times New Roman"/>
          <w:bCs/>
          <w:sz w:val="24"/>
          <w:szCs w:val="24"/>
          <w:lang w:val="de-CH"/>
        </w:rPr>
        <w:t>Uesslingen</w:t>
      </w:r>
      <w:proofErr w:type="spellEnd"/>
      <w:r>
        <w:rPr>
          <w:rFonts w:asciiTheme="minorHAnsi" w:hAnsiTheme="minorHAnsi" w:cs="Times New Roman"/>
          <w:bCs/>
          <w:sz w:val="24"/>
          <w:szCs w:val="24"/>
          <w:lang w:val="de-CH"/>
        </w:rPr>
        <w:t xml:space="preserve"> </w:t>
      </w:r>
      <w:proofErr w:type="spellStart"/>
      <w:r>
        <w:rPr>
          <w:rFonts w:asciiTheme="minorHAnsi" w:hAnsiTheme="minorHAnsi" w:cs="Times New Roman"/>
          <w:bCs/>
          <w:sz w:val="24"/>
          <w:szCs w:val="24"/>
          <w:lang w:val="de-CH"/>
        </w:rPr>
        <w:t>Iselisberg</w:t>
      </w:r>
      <w:proofErr w:type="spellEnd"/>
    </w:p>
    <w:sectPr w:rsidR="008B484E" w:rsidRPr="00F755F0" w:rsidSect="00C32C63">
      <w:footerReference w:type="default" r:id="rId8"/>
      <w:headerReference w:type="first" r:id="rId9"/>
      <w:footerReference w:type="first" r:id="rId10"/>
      <w:pgSz w:w="12240" w:h="15840"/>
      <w:pgMar w:top="907" w:right="1247" w:bottom="1134" w:left="1247" w:header="369" w:footer="39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5508B92" w14:textId="77777777" w:rsidR="00F71039" w:rsidRDefault="00F71039">
      <w:pPr>
        <w:spacing w:after="0" w:line="240" w:lineRule="auto"/>
      </w:pPr>
      <w:r>
        <w:separator/>
      </w:r>
    </w:p>
  </w:endnote>
  <w:endnote w:type="continuationSeparator" w:id="0">
    <w:p w14:paraId="67D3CC6F" w14:textId="77777777" w:rsidR="00F71039" w:rsidRDefault="00F710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Roboto Condensed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536EC4D" w14:textId="36826751" w:rsidR="00E454FC" w:rsidRPr="005A51C6" w:rsidRDefault="00000000">
    <w:pPr>
      <w:pStyle w:val="Fuzeile"/>
      <w:spacing w:before="60"/>
      <w:rPr>
        <w:sz w:val="20"/>
        <w:szCs w:val="20"/>
      </w:rPr>
    </w:pPr>
    <w:r w:rsidRPr="005A51C6">
      <w:rPr>
        <w:b/>
        <w:color w:val="34382B"/>
        <w:sz w:val="20"/>
        <w:szCs w:val="20"/>
      </w:rPr>
      <w:t>SGEMKO</w:t>
    </w:r>
    <w:r w:rsidR="00162610" w:rsidRPr="005A51C6">
      <w:rPr>
        <w:color w:val="77786F"/>
        <w:sz w:val="20"/>
        <w:szCs w:val="20"/>
      </w:rPr>
      <w:t xml:space="preserve"> </w:t>
    </w:r>
    <w:r w:rsidR="00162610" w:rsidRPr="005A51C6">
      <w:rPr>
        <w:b/>
        <w:bCs/>
        <w:color w:val="77786F"/>
        <w:sz w:val="20"/>
        <w:szCs w:val="20"/>
      </w:rPr>
      <w:t xml:space="preserve">  </w:t>
    </w:r>
    <w:proofErr w:type="gramStart"/>
    <w:r w:rsidR="00162610" w:rsidRPr="005A51C6">
      <w:rPr>
        <w:b/>
        <w:bCs/>
        <w:color w:val="77786F"/>
        <w:sz w:val="20"/>
        <w:szCs w:val="20"/>
      </w:rPr>
      <w:t xml:space="preserve">|  </w:t>
    </w:r>
    <w:proofErr w:type="spellStart"/>
    <w:r w:rsidR="00162610" w:rsidRPr="005A51C6">
      <w:rPr>
        <w:color w:val="77786F"/>
        <w:sz w:val="20"/>
        <w:szCs w:val="20"/>
      </w:rPr>
      <w:t>Iselisberg</w:t>
    </w:r>
    <w:proofErr w:type="spellEnd"/>
    <w:proofErr w:type="gramEnd"/>
    <w:r w:rsidR="00162610" w:rsidRPr="005A51C6">
      <w:rPr>
        <w:color w:val="77786F"/>
        <w:sz w:val="20"/>
        <w:szCs w:val="20"/>
      </w:rPr>
      <w:t xml:space="preserve"> </w:t>
    </w:r>
    <w:proofErr w:type="gramStart"/>
    <w:r w:rsidR="00162610" w:rsidRPr="005A51C6">
      <w:rPr>
        <w:color w:val="77786F"/>
        <w:sz w:val="20"/>
        <w:szCs w:val="20"/>
      </w:rPr>
      <w:t>14</w:t>
    </w:r>
    <w:r w:rsidR="00162610" w:rsidRPr="005A51C6">
      <w:rPr>
        <w:b/>
        <w:bCs/>
        <w:color w:val="77786F"/>
        <w:sz w:val="20"/>
        <w:szCs w:val="20"/>
      </w:rPr>
      <w:t xml:space="preserve">  |</w:t>
    </w:r>
    <w:proofErr w:type="gramEnd"/>
    <w:r w:rsidR="00162610" w:rsidRPr="005A51C6">
      <w:rPr>
        <w:b/>
        <w:bCs/>
        <w:color w:val="77786F"/>
        <w:sz w:val="20"/>
        <w:szCs w:val="20"/>
      </w:rPr>
      <w:t xml:space="preserve">  </w:t>
    </w:r>
    <w:r w:rsidR="00162610" w:rsidRPr="005A51C6">
      <w:rPr>
        <w:color w:val="77786F"/>
        <w:sz w:val="20"/>
        <w:szCs w:val="20"/>
      </w:rPr>
      <w:t xml:space="preserve">CH-8524 </w:t>
    </w:r>
    <w:proofErr w:type="spellStart"/>
    <w:r w:rsidR="00162610" w:rsidRPr="005A51C6">
      <w:rPr>
        <w:color w:val="77786F"/>
        <w:sz w:val="20"/>
        <w:szCs w:val="20"/>
      </w:rPr>
      <w:t>Uesslingen</w:t>
    </w:r>
    <w:proofErr w:type="spellEnd"/>
    <w:r w:rsidR="00162610" w:rsidRPr="005A51C6">
      <w:rPr>
        <w:color w:val="77786F"/>
        <w:sz w:val="20"/>
        <w:szCs w:val="20"/>
      </w:rPr>
      <w:t xml:space="preserve"> </w:t>
    </w:r>
    <w:proofErr w:type="spellStart"/>
    <w:proofErr w:type="gramStart"/>
    <w:r w:rsidR="00162610" w:rsidRPr="005A51C6">
      <w:rPr>
        <w:color w:val="77786F"/>
        <w:sz w:val="20"/>
        <w:szCs w:val="20"/>
      </w:rPr>
      <w:t>Iselisberg</w:t>
    </w:r>
    <w:proofErr w:type="spellEnd"/>
    <w:r w:rsidR="00162610" w:rsidRPr="005A51C6">
      <w:rPr>
        <w:b/>
        <w:bCs/>
        <w:color w:val="77786F"/>
        <w:sz w:val="20"/>
        <w:szCs w:val="20"/>
      </w:rPr>
      <w:t xml:space="preserve">  |</w:t>
    </w:r>
    <w:proofErr w:type="gramEnd"/>
    <w:r w:rsidR="00162610" w:rsidRPr="005A51C6">
      <w:rPr>
        <w:b/>
        <w:bCs/>
        <w:color w:val="77786F"/>
        <w:sz w:val="20"/>
        <w:szCs w:val="20"/>
      </w:rPr>
      <w:t xml:space="preserve">  </w:t>
    </w:r>
    <w:proofErr w:type="gramStart"/>
    <w:r w:rsidR="00162610" w:rsidRPr="005A51C6">
      <w:rPr>
        <w:color w:val="77786F"/>
        <w:sz w:val="20"/>
        <w:szCs w:val="20"/>
      </w:rPr>
      <w:t>Schweiz</w:t>
    </w:r>
    <w:r w:rsidR="00162610" w:rsidRPr="005A51C6">
      <w:rPr>
        <w:b/>
        <w:bCs/>
        <w:color w:val="77786F"/>
        <w:sz w:val="20"/>
        <w:szCs w:val="20"/>
      </w:rPr>
      <w:t xml:space="preserve">  |</w:t>
    </w:r>
    <w:proofErr w:type="gramEnd"/>
    <w:r w:rsidR="00162610" w:rsidRPr="005A51C6">
      <w:rPr>
        <w:b/>
        <w:bCs/>
        <w:color w:val="77786F"/>
        <w:sz w:val="20"/>
        <w:szCs w:val="20"/>
      </w:rPr>
      <w:t xml:space="preserve">  </w:t>
    </w:r>
    <w:hyperlink r:id="rId1" w:history="1">
      <w:r w:rsidR="00162610" w:rsidRPr="005A51C6">
        <w:rPr>
          <w:color w:val="77786F"/>
          <w:sz w:val="20"/>
          <w:szCs w:val="20"/>
        </w:rPr>
        <w:t>info@sgemko.ch</w:t>
      </w:r>
    </w:hyperlink>
    <w:r w:rsidR="00162610" w:rsidRPr="005A51C6">
      <w:rPr>
        <w:b/>
        <w:bCs/>
        <w:color w:val="77786F"/>
        <w:sz w:val="20"/>
        <w:szCs w:val="20"/>
      </w:rPr>
      <w:t xml:space="preserve">  |  </w:t>
    </w:r>
    <w:r w:rsidR="00162610" w:rsidRPr="005A51C6">
      <w:rPr>
        <w:color w:val="77786F"/>
        <w:sz w:val="20"/>
        <w:szCs w:val="20"/>
      </w:rPr>
      <w:t>www.sgemko.ch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C9A89EE" w14:textId="528532FA" w:rsidR="00C32C63" w:rsidRPr="00DE6938" w:rsidRDefault="003141F6" w:rsidP="003141F6">
    <w:pPr>
      <w:pStyle w:val="Fuzeile"/>
      <w:spacing w:before="60"/>
      <w:rPr>
        <w:sz w:val="20"/>
        <w:szCs w:val="20"/>
      </w:rPr>
    </w:pPr>
    <w:r w:rsidRPr="00DE6938">
      <w:rPr>
        <w:b/>
        <w:color w:val="34382B"/>
        <w:sz w:val="20"/>
        <w:szCs w:val="20"/>
      </w:rPr>
      <w:t>SGEMKO</w:t>
    </w:r>
    <w:r w:rsidRPr="00DE6938">
      <w:rPr>
        <w:color w:val="77786F"/>
        <w:sz w:val="20"/>
        <w:szCs w:val="20"/>
      </w:rPr>
      <w:t xml:space="preserve"> </w:t>
    </w:r>
    <w:r w:rsidRPr="00DE6938">
      <w:rPr>
        <w:b/>
        <w:bCs/>
        <w:color w:val="77786F"/>
        <w:sz w:val="20"/>
        <w:szCs w:val="20"/>
      </w:rPr>
      <w:t xml:space="preserve">  </w:t>
    </w:r>
    <w:proofErr w:type="gramStart"/>
    <w:r w:rsidRPr="00DE6938">
      <w:rPr>
        <w:b/>
        <w:bCs/>
        <w:color w:val="77786F"/>
        <w:sz w:val="20"/>
        <w:szCs w:val="20"/>
      </w:rPr>
      <w:t xml:space="preserve">|  </w:t>
    </w:r>
    <w:proofErr w:type="spellStart"/>
    <w:r w:rsidRPr="00DE6938">
      <w:rPr>
        <w:color w:val="77786F"/>
        <w:sz w:val="20"/>
        <w:szCs w:val="20"/>
      </w:rPr>
      <w:t>Iselisberg</w:t>
    </w:r>
    <w:proofErr w:type="spellEnd"/>
    <w:proofErr w:type="gramEnd"/>
    <w:r w:rsidRPr="00DE6938">
      <w:rPr>
        <w:color w:val="77786F"/>
        <w:sz w:val="20"/>
        <w:szCs w:val="20"/>
      </w:rPr>
      <w:t xml:space="preserve"> </w:t>
    </w:r>
    <w:proofErr w:type="gramStart"/>
    <w:r w:rsidRPr="00DE6938">
      <w:rPr>
        <w:color w:val="77786F"/>
        <w:sz w:val="20"/>
        <w:szCs w:val="20"/>
      </w:rPr>
      <w:t>14</w:t>
    </w:r>
    <w:r w:rsidRPr="00DE6938">
      <w:rPr>
        <w:b/>
        <w:bCs/>
        <w:color w:val="77786F"/>
        <w:sz w:val="20"/>
        <w:szCs w:val="20"/>
      </w:rPr>
      <w:t xml:space="preserve">  |</w:t>
    </w:r>
    <w:proofErr w:type="gramEnd"/>
    <w:r w:rsidRPr="00DE6938">
      <w:rPr>
        <w:b/>
        <w:bCs/>
        <w:color w:val="77786F"/>
        <w:sz w:val="20"/>
        <w:szCs w:val="20"/>
      </w:rPr>
      <w:t xml:space="preserve">  </w:t>
    </w:r>
    <w:r w:rsidRPr="00DE6938">
      <w:rPr>
        <w:color w:val="77786F"/>
        <w:sz w:val="20"/>
        <w:szCs w:val="20"/>
      </w:rPr>
      <w:t xml:space="preserve">CH-8524 </w:t>
    </w:r>
    <w:proofErr w:type="spellStart"/>
    <w:r w:rsidRPr="00DE6938">
      <w:rPr>
        <w:color w:val="77786F"/>
        <w:sz w:val="20"/>
        <w:szCs w:val="20"/>
      </w:rPr>
      <w:t>Uesslingen</w:t>
    </w:r>
    <w:proofErr w:type="spellEnd"/>
    <w:r w:rsidRPr="00DE6938">
      <w:rPr>
        <w:color w:val="77786F"/>
        <w:sz w:val="20"/>
        <w:szCs w:val="20"/>
      </w:rPr>
      <w:t xml:space="preserve"> </w:t>
    </w:r>
    <w:proofErr w:type="spellStart"/>
    <w:proofErr w:type="gramStart"/>
    <w:r w:rsidRPr="00DE6938">
      <w:rPr>
        <w:color w:val="77786F"/>
        <w:sz w:val="20"/>
        <w:szCs w:val="20"/>
      </w:rPr>
      <w:t>Iselisberg</w:t>
    </w:r>
    <w:proofErr w:type="spellEnd"/>
    <w:r w:rsidRPr="00DE6938">
      <w:rPr>
        <w:b/>
        <w:bCs/>
        <w:color w:val="77786F"/>
        <w:sz w:val="20"/>
        <w:szCs w:val="20"/>
      </w:rPr>
      <w:t xml:space="preserve">  |</w:t>
    </w:r>
    <w:proofErr w:type="gramEnd"/>
    <w:r w:rsidRPr="00DE6938">
      <w:rPr>
        <w:b/>
        <w:bCs/>
        <w:color w:val="77786F"/>
        <w:sz w:val="20"/>
        <w:szCs w:val="20"/>
      </w:rPr>
      <w:t xml:space="preserve">  </w:t>
    </w:r>
    <w:proofErr w:type="gramStart"/>
    <w:r w:rsidRPr="00DE6938">
      <w:rPr>
        <w:color w:val="77786F"/>
        <w:sz w:val="20"/>
        <w:szCs w:val="20"/>
      </w:rPr>
      <w:t>Schweiz</w:t>
    </w:r>
    <w:r w:rsidRPr="00DE6938">
      <w:rPr>
        <w:b/>
        <w:bCs/>
        <w:color w:val="77786F"/>
        <w:sz w:val="20"/>
        <w:szCs w:val="20"/>
      </w:rPr>
      <w:t xml:space="preserve">  |</w:t>
    </w:r>
    <w:proofErr w:type="gramEnd"/>
    <w:r w:rsidRPr="00DE6938">
      <w:rPr>
        <w:b/>
        <w:bCs/>
        <w:color w:val="77786F"/>
        <w:sz w:val="20"/>
        <w:szCs w:val="20"/>
      </w:rPr>
      <w:t xml:space="preserve">  </w:t>
    </w:r>
    <w:hyperlink r:id="rId1" w:history="1">
      <w:r w:rsidRPr="00DE6938">
        <w:rPr>
          <w:color w:val="77786F"/>
          <w:sz w:val="20"/>
          <w:szCs w:val="20"/>
        </w:rPr>
        <w:t>info@sgemko.ch</w:t>
      </w:r>
    </w:hyperlink>
    <w:r w:rsidRPr="00DE6938">
      <w:rPr>
        <w:b/>
        <w:bCs/>
        <w:color w:val="77786F"/>
        <w:sz w:val="20"/>
        <w:szCs w:val="20"/>
      </w:rPr>
      <w:t xml:space="preserve">  |  </w:t>
    </w:r>
    <w:r w:rsidRPr="00DE6938">
      <w:rPr>
        <w:color w:val="77786F"/>
        <w:sz w:val="20"/>
        <w:szCs w:val="20"/>
      </w:rPr>
      <w:t>www.sgemko.ch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BCB4F0F" w14:textId="77777777" w:rsidR="00F71039" w:rsidRDefault="00F71039">
      <w:pPr>
        <w:spacing w:after="0" w:line="240" w:lineRule="auto"/>
      </w:pPr>
      <w:r>
        <w:separator/>
      </w:r>
    </w:p>
  </w:footnote>
  <w:footnote w:type="continuationSeparator" w:id="0">
    <w:p w14:paraId="6ECFEFEB" w14:textId="77777777" w:rsidR="00F71039" w:rsidRDefault="00F710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jc w:val="center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4706"/>
      <w:gridCol w:w="4706"/>
    </w:tblGrid>
    <w:tr w:rsidR="00C32C63" w14:paraId="30B77493" w14:textId="77777777">
      <w:trPr>
        <w:jc w:val="center"/>
      </w:trPr>
      <w:tc>
        <w:tcPr>
          <w:tcW w:w="4706" w:type="dxa"/>
          <w:tcMar>
            <w:top w:w="80" w:type="dxa"/>
            <w:left w:w="0" w:type="dxa"/>
            <w:bottom w:w="80" w:type="dxa"/>
            <w:right w:w="0" w:type="dxa"/>
          </w:tcMar>
          <w:vAlign w:val="center"/>
        </w:tcPr>
        <w:p w14:paraId="218CE558" w14:textId="77777777" w:rsidR="00C32C63" w:rsidRDefault="00C32C63" w:rsidP="00C32C63">
          <w:pPr>
            <w:spacing w:after="0"/>
          </w:pPr>
          <w:r>
            <w:rPr>
              <w:noProof/>
            </w:rPr>
            <w:drawing>
              <wp:inline distT="0" distB="0" distL="0" distR="0" wp14:anchorId="262E63D7" wp14:editId="5CB8F0AB">
                <wp:extent cx="2520000" cy="474503"/>
                <wp:effectExtent l="0" t="0" r="0" b="0"/>
                <wp:docPr id="475424448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2e36f8b-34e8-488a-afda-4d12a87a5c5f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20000" cy="47450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35471D23" w14:textId="77777777" w:rsidR="00C32C63" w:rsidRDefault="00C32C63" w:rsidP="00C32C63">
          <w:pPr>
            <w:spacing w:before="20" w:after="0"/>
          </w:pPr>
        </w:p>
      </w:tc>
      <w:tc>
        <w:tcPr>
          <w:tcW w:w="4706" w:type="dxa"/>
          <w:tcMar>
            <w:top w:w="80" w:type="dxa"/>
            <w:left w:w="0" w:type="dxa"/>
            <w:bottom w:w="80" w:type="dxa"/>
            <w:right w:w="0" w:type="dxa"/>
          </w:tcMar>
          <w:vAlign w:val="center"/>
        </w:tcPr>
        <w:p w14:paraId="04359C17" w14:textId="30B2D16B" w:rsidR="00C32C63" w:rsidRDefault="00C32C63" w:rsidP="00C32C63">
          <w:pPr>
            <w:spacing w:after="80"/>
            <w:jc w:val="right"/>
          </w:pPr>
          <w:r>
            <w:rPr>
              <w:b/>
              <w:color w:val="A65D45"/>
              <w:sz w:val="16"/>
            </w:rPr>
            <w:t>FRANZ</w:t>
          </w:r>
          <w:r w:rsidR="00F362F9">
            <w:rPr>
              <w:b/>
              <w:color w:val="A65D45"/>
              <w:sz w:val="16"/>
            </w:rPr>
            <w:t xml:space="preserve"> </w:t>
          </w:r>
          <w:r>
            <w:rPr>
              <w:b/>
              <w:color w:val="A65D45"/>
              <w:sz w:val="16"/>
            </w:rPr>
            <w:t>EDELMAIER-RESIDENZ</w:t>
          </w:r>
        </w:p>
        <w:p w14:paraId="17B1BFB4" w14:textId="77777777" w:rsidR="00C32C63" w:rsidRDefault="00C32C63" w:rsidP="00C32C63">
          <w:pPr>
            <w:spacing w:after="100"/>
            <w:jc w:val="right"/>
          </w:pPr>
          <w:r>
            <w:rPr>
              <w:color w:val="34382B"/>
              <w:sz w:val="28"/>
            </w:rPr>
            <w:t xml:space="preserve">für </w:t>
          </w:r>
          <w:proofErr w:type="spellStart"/>
          <w:r>
            <w:rPr>
              <w:color w:val="34382B"/>
              <w:sz w:val="28"/>
            </w:rPr>
            <w:t>Literatur</w:t>
          </w:r>
          <w:proofErr w:type="spellEnd"/>
          <w:r>
            <w:rPr>
              <w:color w:val="34382B"/>
              <w:sz w:val="28"/>
            </w:rPr>
            <w:t xml:space="preserve"> und </w:t>
          </w:r>
          <w:proofErr w:type="spellStart"/>
          <w:r>
            <w:rPr>
              <w:color w:val="34382B"/>
              <w:sz w:val="28"/>
            </w:rPr>
            <w:t>Menschenrechte</w:t>
          </w:r>
          <w:proofErr w:type="spellEnd"/>
        </w:p>
        <w:p w14:paraId="1914095A" w14:textId="77777777" w:rsidR="00C32C63" w:rsidRDefault="00C32C63" w:rsidP="00C32C63">
          <w:pPr>
            <w:spacing w:after="0"/>
            <w:jc w:val="right"/>
          </w:pPr>
          <w:r>
            <w:rPr>
              <w:color w:val="77786F"/>
              <w:sz w:val="17"/>
            </w:rPr>
            <w:t xml:space="preserve">Eine </w:t>
          </w:r>
          <w:proofErr w:type="spellStart"/>
          <w:r>
            <w:rPr>
              <w:color w:val="77786F"/>
              <w:sz w:val="17"/>
            </w:rPr>
            <w:t>Einrichtung</w:t>
          </w:r>
          <w:proofErr w:type="spellEnd"/>
          <w:r>
            <w:rPr>
              <w:color w:val="77786F"/>
              <w:sz w:val="17"/>
            </w:rPr>
            <w:t xml:space="preserve"> der </w:t>
          </w:r>
          <w:proofErr w:type="spellStart"/>
          <w:r>
            <w:rPr>
              <w:color w:val="77786F"/>
              <w:sz w:val="17"/>
            </w:rPr>
            <w:t>Schweizerischen</w:t>
          </w:r>
          <w:proofErr w:type="spellEnd"/>
          <w:r>
            <w:rPr>
              <w:color w:val="77786F"/>
              <w:sz w:val="17"/>
            </w:rPr>
            <w:t xml:space="preserve"> Gesellschaft</w:t>
          </w:r>
          <w:r>
            <w:rPr>
              <w:color w:val="77786F"/>
              <w:sz w:val="17"/>
            </w:rPr>
            <w:br/>
            <w:t xml:space="preserve">für die </w:t>
          </w:r>
          <w:proofErr w:type="spellStart"/>
          <w:r>
            <w:rPr>
              <w:color w:val="77786F"/>
              <w:sz w:val="17"/>
            </w:rPr>
            <w:t>Europäische</w:t>
          </w:r>
          <w:proofErr w:type="spellEnd"/>
          <w:r>
            <w:rPr>
              <w:color w:val="77786F"/>
              <w:sz w:val="17"/>
            </w:rPr>
            <w:t xml:space="preserve"> </w:t>
          </w:r>
          <w:proofErr w:type="spellStart"/>
          <w:r>
            <w:rPr>
              <w:color w:val="77786F"/>
              <w:sz w:val="17"/>
            </w:rPr>
            <w:t>Menschenrechtskonvention</w:t>
          </w:r>
          <w:proofErr w:type="spellEnd"/>
        </w:p>
      </w:tc>
    </w:tr>
  </w:tbl>
  <w:p w14:paraId="08FFEBB2" w14:textId="77777777" w:rsidR="00C32C63" w:rsidRDefault="00C32C63" w:rsidP="00C32C63">
    <w:pPr>
      <w:pBdr>
        <w:bottom w:val="single" w:sz="14" w:space="1" w:color="34382B"/>
      </w:pBdr>
      <w:spacing w:before="100" w:after="0"/>
    </w:pPr>
    <w:r>
      <w:rPr>
        <w:sz w:val="2"/>
      </w:rPr>
      <w:t xml:space="preserve"> </w:t>
    </w:r>
  </w:p>
  <w:p w14:paraId="5D01B94B" w14:textId="77777777" w:rsidR="00C32C63" w:rsidRDefault="00C32C63" w:rsidP="00C32C63">
    <w:pPr>
      <w:pBdr>
        <w:bottom w:val="single" w:sz="24" w:space="1" w:color="A65D45"/>
      </w:pBdr>
      <w:spacing w:before="20" w:after="0"/>
    </w:pPr>
    <w:r>
      <w:rPr>
        <w:sz w:val="2"/>
      </w:rPr>
      <w:t xml:space="preserve"> </w:t>
    </w:r>
  </w:p>
  <w:p w14:paraId="6D03D8E9" w14:textId="77777777" w:rsidR="00C32C63" w:rsidRDefault="00C32C63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E016457"/>
    <w:multiLevelType w:val="multilevel"/>
    <w:tmpl w:val="EE2CA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6CF265C"/>
    <w:multiLevelType w:val="hybridMultilevel"/>
    <w:tmpl w:val="D3201E34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177C8B"/>
    <w:multiLevelType w:val="hybridMultilevel"/>
    <w:tmpl w:val="62C6C342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0382536">
    <w:abstractNumId w:val="8"/>
  </w:num>
  <w:num w:numId="2" w16cid:durableId="964970630">
    <w:abstractNumId w:val="6"/>
  </w:num>
  <w:num w:numId="3" w16cid:durableId="1995598754">
    <w:abstractNumId w:val="5"/>
  </w:num>
  <w:num w:numId="4" w16cid:durableId="1282036236">
    <w:abstractNumId w:val="4"/>
  </w:num>
  <w:num w:numId="5" w16cid:durableId="365370136">
    <w:abstractNumId w:val="7"/>
  </w:num>
  <w:num w:numId="6" w16cid:durableId="1766487997">
    <w:abstractNumId w:val="3"/>
  </w:num>
  <w:num w:numId="7" w16cid:durableId="1487749182">
    <w:abstractNumId w:val="2"/>
  </w:num>
  <w:num w:numId="8" w16cid:durableId="426582056">
    <w:abstractNumId w:val="1"/>
  </w:num>
  <w:num w:numId="9" w16cid:durableId="2056391873">
    <w:abstractNumId w:val="0"/>
  </w:num>
  <w:num w:numId="10" w16cid:durableId="846529218">
    <w:abstractNumId w:val="10"/>
  </w:num>
  <w:num w:numId="11" w16cid:durableId="2026832028">
    <w:abstractNumId w:val="11"/>
  </w:num>
  <w:num w:numId="12" w16cid:durableId="921253254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1042"/>
    <w:rsid w:val="00034616"/>
    <w:rsid w:val="0003708A"/>
    <w:rsid w:val="0006063C"/>
    <w:rsid w:val="00061523"/>
    <w:rsid w:val="00064D92"/>
    <w:rsid w:val="00081BBE"/>
    <w:rsid w:val="0009522E"/>
    <w:rsid w:val="000E7F7E"/>
    <w:rsid w:val="001073A0"/>
    <w:rsid w:val="00115D7E"/>
    <w:rsid w:val="00133A0C"/>
    <w:rsid w:val="0015074B"/>
    <w:rsid w:val="00162610"/>
    <w:rsid w:val="002031D6"/>
    <w:rsid w:val="00252787"/>
    <w:rsid w:val="00272190"/>
    <w:rsid w:val="0029639D"/>
    <w:rsid w:val="002A1C49"/>
    <w:rsid w:val="002B51D4"/>
    <w:rsid w:val="002E7A88"/>
    <w:rsid w:val="002F72B4"/>
    <w:rsid w:val="003141F6"/>
    <w:rsid w:val="00326F90"/>
    <w:rsid w:val="0036030F"/>
    <w:rsid w:val="003B305D"/>
    <w:rsid w:val="004141AB"/>
    <w:rsid w:val="004265ED"/>
    <w:rsid w:val="00430EE5"/>
    <w:rsid w:val="00480207"/>
    <w:rsid w:val="00486774"/>
    <w:rsid w:val="004A7DFA"/>
    <w:rsid w:val="004E64DA"/>
    <w:rsid w:val="004F1194"/>
    <w:rsid w:val="005115EC"/>
    <w:rsid w:val="00532B3C"/>
    <w:rsid w:val="005A51C6"/>
    <w:rsid w:val="006976A2"/>
    <w:rsid w:val="00697A36"/>
    <w:rsid w:val="007215AC"/>
    <w:rsid w:val="00721A2D"/>
    <w:rsid w:val="00750771"/>
    <w:rsid w:val="00774538"/>
    <w:rsid w:val="00782D1A"/>
    <w:rsid w:val="007C35E9"/>
    <w:rsid w:val="007E5E14"/>
    <w:rsid w:val="008165A6"/>
    <w:rsid w:val="00817E54"/>
    <w:rsid w:val="00823FC9"/>
    <w:rsid w:val="00841D98"/>
    <w:rsid w:val="008929EB"/>
    <w:rsid w:val="008932D0"/>
    <w:rsid w:val="008A4CD2"/>
    <w:rsid w:val="008B484E"/>
    <w:rsid w:val="008F7414"/>
    <w:rsid w:val="009214AD"/>
    <w:rsid w:val="00943AC2"/>
    <w:rsid w:val="00963C8B"/>
    <w:rsid w:val="00967590"/>
    <w:rsid w:val="009D12A8"/>
    <w:rsid w:val="009D7438"/>
    <w:rsid w:val="009F1B69"/>
    <w:rsid w:val="00A2695B"/>
    <w:rsid w:val="00A3723C"/>
    <w:rsid w:val="00AA1D8D"/>
    <w:rsid w:val="00B47730"/>
    <w:rsid w:val="00B6017A"/>
    <w:rsid w:val="00B60E6E"/>
    <w:rsid w:val="00B75150"/>
    <w:rsid w:val="00B81DE8"/>
    <w:rsid w:val="00B83235"/>
    <w:rsid w:val="00BA0AE7"/>
    <w:rsid w:val="00BE2C78"/>
    <w:rsid w:val="00C000D6"/>
    <w:rsid w:val="00C32C63"/>
    <w:rsid w:val="00C550E7"/>
    <w:rsid w:val="00CA04E8"/>
    <w:rsid w:val="00CB0664"/>
    <w:rsid w:val="00CB6054"/>
    <w:rsid w:val="00CD7D16"/>
    <w:rsid w:val="00CE1AC8"/>
    <w:rsid w:val="00CE5281"/>
    <w:rsid w:val="00CF2BCC"/>
    <w:rsid w:val="00D20903"/>
    <w:rsid w:val="00D24F7F"/>
    <w:rsid w:val="00D52562"/>
    <w:rsid w:val="00DD2F4D"/>
    <w:rsid w:val="00DE6938"/>
    <w:rsid w:val="00E35155"/>
    <w:rsid w:val="00E43C48"/>
    <w:rsid w:val="00E454FC"/>
    <w:rsid w:val="00E8261B"/>
    <w:rsid w:val="00E93A90"/>
    <w:rsid w:val="00EB649C"/>
    <w:rsid w:val="00F12E19"/>
    <w:rsid w:val="00F362F9"/>
    <w:rsid w:val="00F42E8B"/>
    <w:rsid w:val="00F71039"/>
    <w:rsid w:val="00F755F0"/>
    <w:rsid w:val="00F848EE"/>
    <w:rsid w:val="00FA2DEE"/>
    <w:rsid w:val="00FC693F"/>
    <w:rsid w:val="00FD5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56D45EE4"/>
  <w14:defaultImageDpi w14:val="330"/>
  <w15:docId w15:val="{B62C5606-F973-42B2-9C84-6873D34B7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  <w:rPr>
      <w:rFonts w:ascii="Roboto Condensed" w:eastAsia="Roboto Condensed" w:hAnsi="Roboto Condensed"/>
      <w:sz w:val="21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Absatz-Standardschriftart"/>
    <w:uiPriority w:val="99"/>
    <w:unhideWhenUsed/>
    <w:rsid w:val="00162610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62610"/>
    <w:rPr>
      <w:color w:val="605E5C"/>
      <w:shd w:val="clear" w:color="auto" w:fill="E1DFDD"/>
    </w:rPr>
  </w:style>
  <w:style w:type="character" w:styleId="Platzhaltertext">
    <w:name w:val="Placeholder Text"/>
    <w:basedOn w:val="Absatz-Standardschriftart"/>
    <w:uiPriority w:val="99"/>
    <w:semiHidden/>
    <w:rsid w:val="008932D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sgemko.ch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sgemko.ch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1A456FE-8727-4AF7-BEA1-A102B274747E}"/>
      </w:docPartPr>
      <w:docPartBody>
        <w:p w:rsidR="00BC5427" w:rsidRDefault="00C81005">
          <w:r w:rsidRPr="002B6099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Roboto Condensed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005"/>
    <w:rsid w:val="001073A0"/>
    <w:rsid w:val="00111DA4"/>
    <w:rsid w:val="00133A0C"/>
    <w:rsid w:val="00167C73"/>
    <w:rsid w:val="005C7481"/>
    <w:rsid w:val="006976A2"/>
    <w:rsid w:val="00BC5427"/>
    <w:rsid w:val="00BF283D"/>
    <w:rsid w:val="00C81005"/>
    <w:rsid w:val="00D01515"/>
    <w:rsid w:val="00D52562"/>
    <w:rsid w:val="00E72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CH" w:eastAsia="de-CH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C81005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356</Words>
  <Characters>2244</Characters>
  <Application>Microsoft Office Word</Application>
  <DocSecurity>0</DocSecurity>
  <Lines>18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SGEMKO – Origineller Geschäftsbriefkopf</vt:lpstr>
      <vt:lpstr/>
    </vt:vector>
  </TitlesOfParts>
  <Manager/>
  <Company/>
  <LinksUpToDate>false</LinksUpToDate>
  <CharactersWithSpaces>2595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SGEMKO – Origineller Geschäftsbriefkopf</dc:title>
  <dc:subject/>
  <dc:creator>python-docx</dc:creator>
  <cp:keywords/>
  <dc:description/>
  <cp:lastModifiedBy>Schreibwerk Ost</cp:lastModifiedBy>
  <cp:revision>3</cp:revision>
  <cp:lastPrinted>2026-09-30T05:17:00Z</cp:lastPrinted>
  <dcterms:created xsi:type="dcterms:W3CDTF">2026-10-11T07:39:00Z</dcterms:created>
  <dcterms:modified xsi:type="dcterms:W3CDTF">2026-10-11T07:45:00Z</dcterms:modified>
  <cp:category/>
</cp:coreProperties>
</file>